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3669" w14:textId="77777777" w:rsidR="001C17E4" w:rsidRPr="00260F73" w:rsidRDefault="001C17E4" w:rsidP="00F4085D">
      <w:pPr>
        <w:pStyle w:val="Title"/>
        <w:rPr>
          <w:b/>
          <w:bCs/>
          <w:sz w:val="40"/>
          <w:szCs w:val="40"/>
        </w:rPr>
      </w:pPr>
    </w:p>
    <w:p w14:paraId="1A13F9FF" w14:textId="34C74D1D" w:rsidR="00F4085D" w:rsidRPr="00260F73" w:rsidRDefault="003729FB" w:rsidP="00B8038E">
      <w:pPr>
        <w:pStyle w:val="Title"/>
        <w:jc w:val="center"/>
        <w:rPr>
          <w:b/>
          <w:bCs/>
          <w:sz w:val="40"/>
          <w:szCs w:val="40"/>
        </w:rPr>
      </w:pPr>
      <w:r w:rsidRPr="00260F73">
        <w:rPr>
          <w:b/>
          <w:bCs/>
          <w:sz w:val="40"/>
          <w:szCs w:val="40"/>
        </w:rPr>
        <w:t xml:space="preserve">RCPI </w:t>
      </w:r>
      <w:r w:rsidR="007C0991" w:rsidRPr="00260F73">
        <w:rPr>
          <w:b/>
          <w:bCs/>
          <w:sz w:val="40"/>
          <w:szCs w:val="40"/>
        </w:rPr>
        <w:t xml:space="preserve">Higher Specialist </w:t>
      </w:r>
      <w:r w:rsidR="002D7D98" w:rsidRPr="00260F73">
        <w:rPr>
          <w:b/>
          <w:bCs/>
          <w:sz w:val="40"/>
          <w:szCs w:val="40"/>
        </w:rPr>
        <w:t>Training</w:t>
      </w:r>
      <w:r w:rsidR="007C0991" w:rsidRPr="00260F73">
        <w:rPr>
          <w:b/>
          <w:bCs/>
          <w:sz w:val="40"/>
          <w:szCs w:val="40"/>
        </w:rPr>
        <w:t>:</w:t>
      </w:r>
      <w:r w:rsidR="00F4085D" w:rsidRPr="00260F73">
        <w:rPr>
          <w:b/>
          <w:bCs/>
          <w:sz w:val="40"/>
          <w:szCs w:val="40"/>
        </w:rPr>
        <w:t xml:space="preserve"> </w:t>
      </w:r>
      <w:r w:rsidR="00E90802">
        <w:rPr>
          <w:b/>
          <w:bCs/>
          <w:sz w:val="40"/>
          <w:szCs w:val="40"/>
        </w:rPr>
        <w:t>Neurology</w:t>
      </w:r>
    </w:p>
    <w:p w14:paraId="609CAFC3" w14:textId="0E8919FD" w:rsidR="007C0991" w:rsidRDefault="00F54DC5" w:rsidP="00F4085D">
      <w:pPr>
        <w:pStyle w:val="Title"/>
        <w:jc w:val="center"/>
        <w:rPr>
          <w:b/>
          <w:bCs/>
          <w:sz w:val="48"/>
          <w:szCs w:val="48"/>
        </w:rPr>
      </w:pPr>
      <w:r w:rsidRPr="00260F73">
        <w:rPr>
          <w:b/>
          <w:bCs/>
          <w:sz w:val="48"/>
          <w:szCs w:val="48"/>
        </w:rPr>
        <w:t>Curriculum Vitae</w:t>
      </w:r>
    </w:p>
    <w:p w14:paraId="158B37B7" w14:textId="77777777" w:rsidR="00260F73" w:rsidRPr="00260F73" w:rsidRDefault="00260F73" w:rsidP="00260F73"/>
    <w:p w14:paraId="6E5B97C0" w14:textId="59A16C94" w:rsidR="00214ECC" w:rsidRPr="00260F73" w:rsidRDefault="003729FB" w:rsidP="001C17E4">
      <w:pPr>
        <w:pStyle w:val="Heading1"/>
      </w:pPr>
      <w:r w:rsidRPr="00260F73">
        <w:t>Personal Details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5823"/>
      </w:tblGrid>
      <w:tr w:rsidR="009E4AEB" w:rsidRPr="00260F73" w14:paraId="091518D3" w14:textId="77777777" w:rsidTr="00260F73">
        <w:tc>
          <w:tcPr>
            <w:tcW w:w="1886" w:type="pct"/>
            <w:vAlign w:val="center"/>
          </w:tcPr>
          <w:p w14:paraId="461D333E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Full Name:</w:t>
            </w:r>
          </w:p>
          <w:p w14:paraId="46EE3531" w14:textId="1A50F9B4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id w:val="-589689032"/>
            <w:placeholder>
              <w:docPart w:val="1734C0B0E50C4165979C1D1CD6EF5118"/>
            </w:placeholder>
            <w:showingPlcHdr/>
          </w:sdtPr>
          <w:sdtEndPr/>
          <w:sdtContent>
            <w:tc>
              <w:tcPr>
                <w:tcW w:w="3114" w:type="pct"/>
                <w:vAlign w:val="center"/>
              </w:tcPr>
              <w:p w14:paraId="3B7B6D19" w14:textId="14E466E6" w:rsidR="009E4AEB" w:rsidRPr="00260F73" w:rsidRDefault="001C17E4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:rsidRPr="00260F73" w14:paraId="773EA148" w14:textId="77777777" w:rsidTr="00260F73">
        <w:tc>
          <w:tcPr>
            <w:tcW w:w="1886" w:type="pct"/>
            <w:vAlign w:val="center"/>
          </w:tcPr>
          <w:p w14:paraId="62CA2F33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Medical Council (IMC) Registration Number:</w:t>
            </w:r>
          </w:p>
          <w:p w14:paraId="096607BC" w14:textId="79A3C1DB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rPr>
              <w:rStyle w:val="BodyTextChar"/>
            </w:rPr>
            <w:id w:val="-490786477"/>
            <w:placeholder>
              <w:docPart w:val="F4D6CB2241074A76A75ACE4A72F3BAC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114" w:type="pct"/>
                <w:vAlign w:val="center"/>
              </w:tcPr>
              <w:p w14:paraId="2A4369CD" w14:textId="4DD25E0D" w:rsidR="009E4AEB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:rsidRPr="00260F73" w14:paraId="36E9348D" w14:textId="77777777" w:rsidTr="00260F73">
        <w:tc>
          <w:tcPr>
            <w:tcW w:w="1886" w:type="pct"/>
            <w:vAlign w:val="center"/>
          </w:tcPr>
          <w:p w14:paraId="640B854D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Please list any prior medical registrations i.e. (GMC):</w:t>
            </w:r>
          </w:p>
          <w:p w14:paraId="38BE2FC2" w14:textId="5EE45BD4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tc>
          <w:tcPr>
            <w:tcW w:w="3114" w:type="pct"/>
            <w:vAlign w:val="center"/>
          </w:tcPr>
          <w:sdt>
            <w:sdtPr>
              <w:id w:val="658587351"/>
              <w:placeholder>
                <w:docPart w:val="5C6BE9DD57B042A78E73AE6C65AB81E9"/>
              </w:placeholder>
              <w:showingPlcHdr/>
            </w:sdtPr>
            <w:sdtEndPr/>
            <w:sdtContent>
              <w:p w14:paraId="733AEED4" w14:textId="346A6196" w:rsidR="004D6768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9E4AEB" w:rsidRPr="00260F73" w14:paraId="452C156E" w14:textId="77777777" w:rsidTr="00260F73">
        <w:tc>
          <w:tcPr>
            <w:tcW w:w="1886" w:type="pct"/>
            <w:vAlign w:val="center"/>
          </w:tcPr>
          <w:p w14:paraId="5B86263B" w14:textId="77777777" w:rsidR="009E4AEB" w:rsidRDefault="00260F73" w:rsidP="00260F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Current</w:t>
            </w:r>
            <w:r w:rsidR="009E4AEB" w:rsidRPr="00260F73">
              <w:rPr>
                <w:b/>
                <w:bCs/>
              </w:rPr>
              <w:t xml:space="preserve"> Post:</w:t>
            </w:r>
          </w:p>
          <w:p w14:paraId="2B91D0AD" w14:textId="646DAF20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id w:val="-725217108"/>
            <w:placeholder>
              <w:docPart w:val="B94FF17A7DD844238942618D220CAEE0"/>
            </w:placeholder>
            <w:showingPlcHdr/>
          </w:sdtPr>
          <w:sdtEndPr/>
          <w:sdtContent>
            <w:tc>
              <w:tcPr>
                <w:tcW w:w="3114" w:type="pct"/>
                <w:vAlign w:val="center"/>
              </w:tcPr>
              <w:p w14:paraId="13FF5351" w14:textId="76ACC4B8" w:rsidR="009E4AEB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0627E4A" w14:textId="277579A8" w:rsidR="00597958" w:rsidRPr="00260F73" w:rsidRDefault="002931FF">
      <w:r w:rsidRPr="00260F73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7D4E05" wp14:editId="4E10CDF4">
                <wp:simplePos x="0" y="0"/>
                <wp:positionH relativeFrom="margin">
                  <wp:align>right</wp:align>
                </wp:positionH>
                <wp:positionV relativeFrom="paragraph">
                  <wp:posOffset>2631606</wp:posOffset>
                </wp:positionV>
                <wp:extent cx="5925820" cy="1404620"/>
                <wp:effectExtent l="0" t="0" r="1778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A552B" w14:textId="6871AE8C" w:rsidR="002931FF" w:rsidRPr="00803B09" w:rsidRDefault="00803B09" w:rsidP="00803B0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9E1E94"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  <w:t xml:space="preserve">Please adhere to the word limit guidelines where provided. Any word count exceeding the limit will be disregarded.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7D4E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4pt;margin-top:207.2pt;width:466.6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">
                <v:textbox style="mso-fit-shape-to-text:t">
                  <w:txbxContent>
                    <w:p w14:paraId="0B7A552B" w14:textId="6871AE8C" w:rsidR="002931FF" w:rsidRPr="00803B09" w:rsidRDefault="00803B09" w:rsidP="00803B09">
                      <w:pPr>
                        <w:jc w:val="center"/>
                        <w:rPr>
                          <w:b/>
                          <w:bCs/>
                          <w:sz w:val="28"/>
                          <w:szCs w:val="24"/>
                        </w:rPr>
                      </w:pPr>
                      <w:r w:rsidRPr="009E1E94">
                        <w:rPr>
                          <w:b/>
                          <w:bCs/>
                          <w:sz w:val="28"/>
                          <w:szCs w:val="24"/>
                        </w:rPr>
                        <w:t xml:space="preserve">Please adhere to the word limit guidelines where provided. Any word count exceeding the limit will be disregarded.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7958" w:rsidRPr="00260F73">
        <w:br w:type="page"/>
      </w:r>
    </w:p>
    <w:p w14:paraId="27A096EA" w14:textId="56CA61F4" w:rsidR="004929C5" w:rsidRPr="004929C5" w:rsidRDefault="00260F73" w:rsidP="004929C5">
      <w:pPr>
        <w:pStyle w:val="Heading1"/>
      </w:pPr>
      <w:r>
        <w:lastRenderedPageBreak/>
        <w:t>Career Objective / Personal Statement</w:t>
      </w:r>
    </w:p>
    <w:p w14:paraId="5A599AA4" w14:textId="5B9268A2" w:rsidR="00260F73" w:rsidRDefault="00260F73" w:rsidP="00260F73">
      <w:pPr>
        <w:rPr>
          <w:b/>
          <w:bCs/>
        </w:rPr>
      </w:pPr>
      <w:r w:rsidRPr="00260F73">
        <w:rPr>
          <w:b/>
          <w:bCs/>
        </w:rPr>
        <w:t xml:space="preserve">Brief statement (250 words) outlining your motivation for a career in </w:t>
      </w:r>
      <w:r w:rsidR="00446759">
        <w:rPr>
          <w:b/>
          <w:bCs/>
        </w:rPr>
        <w:t>medicine</w:t>
      </w:r>
      <w:r w:rsidRPr="00260F73">
        <w:rPr>
          <w:b/>
          <w:bCs/>
        </w:rPr>
        <w:t>, chosen specialty, and career goals within the HSE.</w:t>
      </w:r>
    </w:p>
    <w:sdt>
      <w:sdtPr>
        <w:rPr>
          <w:b/>
          <w:bCs/>
        </w:rPr>
        <w:id w:val="1461925480"/>
        <w:placeholder>
          <w:docPart w:val="D5F14FB66A15431389EB3E003A7DADB1"/>
        </w:placeholder>
        <w:showingPlcHdr/>
      </w:sdtPr>
      <w:sdtEndPr/>
      <w:sdtContent>
        <w:p w14:paraId="1C5F0DEB" w14:textId="3E4383BF" w:rsidR="00260F73" w:rsidRDefault="00260F73" w:rsidP="00260F73">
          <w:pPr>
            <w:rPr>
              <w:b/>
              <w:bCs/>
            </w:rPr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78332D86" w14:textId="77777777" w:rsidR="00803B09" w:rsidRDefault="00803B09" w:rsidP="00803B09"/>
    <w:p w14:paraId="73ED809F" w14:textId="75B9E92C" w:rsidR="00214ECC" w:rsidRPr="00260F73" w:rsidRDefault="003729FB" w:rsidP="001C17E4">
      <w:pPr>
        <w:pStyle w:val="Heading1"/>
      </w:pPr>
      <w:r w:rsidRPr="00260F73">
        <w:t>Commitment to Specialty &amp; Career Motivation</w:t>
      </w:r>
    </w:p>
    <w:p w14:paraId="3808862C" w14:textId="77777777" w:rsidR="00597958" w:rsidRPr="00260F73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260F73">
        <w:rPr>
          <w:b/>
          <w:bCs/>
        </w:rPr>
        <w:t>Why are you interested in this specialty?</w:t>
      </w:r>
      <w:r w:rsidR="002D7D98" w:rsidRPr="00260F73">
        <w:rPr>
          <w:b/>
          <w:bCs/>
        </w:rPr>
        <w:t xml:space="preserve"> (200 words)</w:t>
      </w:r>
    </w:p>
    <w:p w14:paraId="63A91466" w14:textId="26842EEA" w:rsidR="00214ECC" w:rsidRDefault="00CC1DB0" w:rsidP="00597958">
      <w:sdt>
        <w:sdtPr>
          <w:id w:val="-1365520692"/>
          <w:placeholder>
            <w:docPart w:val="767E5F504CE04A3283DBB5C362BF53DD"/>
          </w:placeholder>
          <w:showingPlcHdr/>
        </w:sdtPr>
        <w:sdtEndPr/>
        <w:sdtContent>
          <w:r w:rsidR="00B16633" w:rsidRPr="00260F73">
            <w:rPr>
              <w:rStyle w:val="PlaceholderText"/>
            </w:rPr>
            <w:t>Click or tap here to enter text.</w:t>
          </w:r>
        </w:sdtContent>
      </w:sdt>
    </w:p>
    <w:p w14:paraId="11D740AE" w14:textId="6D2BF1E3" w:rsidR="00446759" w:rsidRDefault="00446759" w:rsidP="00446759">
      <w:pPr>
        <w:pStyle w:val="ListParagraph"/>
        <w:numPr>
          <w:ilvl w:val="0"/>
          <w:numId w:val="14"/>
        </w:numPr>
        <w:rPr>
          <w:b/>
          <w:bCs/>
        </w:rPr>
      </w:pPr>
      <w:r w:rsidRPr="00446759">
        <w:rPr>
          <w:b/>
          <w:bCs/>
        </w:rPr>
        <w:t>What experiences have influenced your decision to pursue this area? (200 words)</w:t>
      </w:r>
    </w:p>
    <w:sdt>
      <w:sdtPr>
        <w:id w:val="-1720120786"/>
        <w:placeholder>
          <w:docPart w:val="E784E538356841158C171F82ADDD532E"/>
        </w:placeholder>
        <w:showingPlcHdr/>
      </w:sdtPr>
      <w:sdtEndPr/>
      <w:sdtContent>
        <w:p w14:paraId="38F57373" w14:textId="4625A906" w:rsidR="00446759" w:rsidRPr="00446759" w:rsidRDefault="00446759" w:rsidP="00446759">
          <w:r w:rsidRPr="00446759">
            <w:rPr>
              <w:rStyle w:val="PlaceholderText"/>
              <w:lang w:val="en-US"/>
            </w:rPr>
            <w:t>Click or tap here to enter text.</w:t>
          </w:r>
        </w:p>
      </w:sdtContent>
    </w:sdt>
    <w:p w14:paraId="51C12F35" w14:textId="77777777" w:rsidR="00597958" w:rsidRPr="00260F73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260F73">
        <w:rPr>
          <w:b/>
          <w:bCs/>
        </w:rPr>
        <w:t>What steps have you taken to build your career in this specialty? (e.g., rotations, audits,</w:t>
      </w:r>
      <w:r w:rsidRPr="00260F73">
        <w:t xml:space="preserve"> </w:t>
      </w:r>
      <w:r w:rsidRPr="00260F73">
        <w:rPr>
          <w:b/>
          <w:bCs/>
        </w:rPr>
        <w:t>courses, research)</w:t>
      </w:r>
      <w:r w:rsidR="002D7D98" w:rsidRPr="00260F73">
        <w:rPr>
          <w:b/>
          <w:bCs/>
        </w:rPr>
        <w:t xml:space="preserve"> (200 words)</w:t>
      </w:r>
    </w:p>
    <w:p w14:paraId="3E3713EA" w14:textId="000B6F80" w:rsidR="009E4AEB" w:rsidRPr="00260F73" w:rsidRDefault="00CC1DB0" w:rsidP="00597958">
      <w:sdt>
        <w:sdtPr>
          <w:id w:val="-462970739"/>
          <w:placeholder>
            <w:docPart w:val="15FA136DFCC9400EA3643631FD9D49AC"/>
          </w:placeholder>
          <w:showingPlcHdr/>
        </w:sdtPr>
        <w:sdtEndPr/>
        <w:sdtContent>
          <w:r w:rsidR="00B16633" w:rsidRPr="00260F73">
            <w:rPr>
              <w:rStyle w:val="PlaceholderText"/>
            </w:rPr>
            <w:t>Click or tap here to enter text.</w:t>
          </w:r>
        </w:sdtContent>
      </w:sdt>
    </w:p>
    <w:p w14:paraId="6D446B95" w14:textId="1EC5124C" w:rsidR="007C3707" w:rsidRPr="00260F73" w:rsidRDefault="00260F73" w:rsidP="00260F73">
      <w:pPr>
        <w:pStyle w:val="ListParagraph"/>
        <w:numPr>
          <w:ilvl w:val="0"/>
          <w:numId w:val="14"/>
        </w:numPr>
        <w:rPr>
          <w:b/>
          <w:bCs/>
        </w:rPr>
      </w:pPr>
      <w:r w:rsidRPr="00260F73">
        <w:rPr>
          <w:b/>
          <w:bCs/>
        </w:rPr>
        <w:t>What are your short- and long-term career goals in this field? (200 words)</w:t>
      </w:r>
    </w:p>
    <w:sdt>
      <w:sdtPr>
        <w:id w:val="616039675"/>
        <w:placeholder>
          <w:docPart w:val="0650B01579224C17841E78E78C05793F"/>
        </w:placeholder>
        <w:showingPlcHdr/>
      </w:sdtPr>
      <w:sdtEndPr/>
      <w:sdtContent>
        <w:p w14:paraId="39B80081" w14:textId="30FBE651" w:rsidR="00260F73" w:rsidRPr="00260F73" w:rsidRDefault="00260F73" w:rsidP="00260F73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1D1FFB28" w14:textId="77777777" w:rsidR="00803B09" w:rsidRDefault="00803B09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4C6806A8" w14:textId="6CB5FFB7" w:rsidR="002D7D98" w:rsidRPr="00260F73" w:rsidRDefault="003729FB" w:rsidP="001C17E4">
      <w:pPr>
        <w:pStyle w:val="Heading1"/>
      </w:pPr>
      <w:r w:rsidRPr="00260F73">
        <w:lastRenderedPageBreak/>
        <w:t>Medical Education &amp; Qualifications</w:t>
      </w:r>
      <w:r w:rsidR="002D7D98" w:rsidRPr="00260F73">
        <w:t xml:space="preserve"> – Including Memberships</w:t>
      </w:r>
      <w:r w:rsidR="00C7253B" w:rsidRPr="00260F73">
        <w:t xml:space="preserve"> and Courses</w:t>
      </w:r>
    </w:p>
    <w:p w14:paraId="0A20EB36" w14:textId="73367547" w:rsidR="000A5F58" w:rsidRDefault="000A5F58" w:rsidP="000A5F58">
      <w:r>
        <w:t>(Reverse chronological order)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6"/>
        <w:gridCol w:w="1793"/>
        <w:gridCol w:w="1833"/>
        <w:gridCol w:w="1825"/>
        <w:gridCol w:w="2093"/>
      </w:tblGrid>
      <w:tr w:rsidR="002D7D98" w:rsidRPr="00260F73" w14:paraId="35B37414" w14:textId="77777777" w:rsidTr="00597958">
        <w:tc>
          <w:tcPr>
            <w:tcW w:w="966" w:type="pct"/>
            <w:vAlign w:val="center"/>
          </w:tcPr>
          <w:p w14:paraId="4C671E88" w14:textId="3B9550AC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Award</w:t>
            </w:r>
          </w:p>
        </w:tc>
        <w:tc>
          <w:tcPr>
            <w:tcW w:w="959" w:type="pct"/>
            <w:vAlign w:val="center"/>
          </w:tcPr>
          <w:p w14:paraId="2B0B3421" w14:textId="19A96826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Year</w:t>
            </w:r>
          </w:p>
        </w:tc>
        <w:tc>
          <w:tcPr>
            <w:tcW w:w="980" w:type="pct"/>
            <w:vAlign w:val="center"/>
          </w:tcPr>
          <w:p w14:paraId="67DBAA6E" w14:textId="3B3C11AA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Institution</w:t>
            </w:r>
          </w:p>
        </w:tc>
        <w:tc>
          <w:tcPr>
            <w:tcW w:w="976" w:type="pct"/>
            <w:vAlign w:val="center"/>
          </w:tcPr>
          <w:p w14:paraId="712632FF" w14:textId="7C6786CB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Result (where relevant)</w:t>
            </w:r>
          </w:p>
        </w:tc>
        <w:tc>
          <w:tcPr>
            <w:tcW w:w="1119" w:type="pct"/>
            <w:vAlign w:val="center"/>
          </w:tcPr>
          <w:p w14:paraId="617F5633" w14:textId="6987EB8D" w:rsidR="002D7D98" w:rsidRPr="00260F73" w:rsidRDefault="002D7D98" w:rsidP="00597958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</w:t>
            </w:r>
            <w:r w:rsidR="00B16633" w:rsidRPr="00260F73">
              <w:rPr>
                <w:b/>
                <w:bCs/>
              </w:rPr>
              <w:t xml:space="preserve"> </w:t>
            </w:r>
            <w:r w:rsidR="00F4085D" w:rsidRPr="00260F73">
              <w:rPr>
                <w:b/>
                <w:bCs/>
              </w:rPr>
              <w:t>A</w:t>
            </w:r>
            <w:r w:rsidR="00B16633" w:rsidRPr="00260F73">
              <w:rPr>
                <w:b/>
                <w:bCs/>
              </w:rPr>
              <w:t>ttached</w:t>
            </w:r>
          </w:p>
        </w:tc>
      </w:tr>
      <w:tr w:rsidR="002D7D98" w:rsidRPr="00260F73" w14:paraId="3A517A0A" w14:textId="77777777" w:rsidTr="00597958">
        <w:sdt>
          <w:sdtPr>
            <w:id w:val="908119073"/>
            <w:placeholder>
              <w:docPart w:val="758EF154077D4EC492E0AA02749775EE"/>
            </w:placeholder>
            <w:showingPlcHdr/>
          </w:sdtPr>
          <w:sdtEndPr/>
          <w:sdtContent>
            <w:tc>
              <w:tcPr>
                <w:tcW w:w="966" w:type="pct"/>
              </w:tcPr>
              <w:p w14:paraId="407904E6" w14:textId="7D7C9955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22730788"/>
            <w:placeholder>
              <w:docPart w:val="60444590C5F4414E83C6454885D5753D"/>
            </w:placeholder>
            <w:showingPlcHdr/>
          </w:sdtPr>
          <w:sdtEndPr/>
          <w:sdtContent>
            <w:tc>
              <w:tcPr>
                <w:tcW w:w="959" w:type="pct"/>
              </w:tcPr>
              <w:p w14:paraId="7DBDB907" w14:textId="4C9AC596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81860075"/>
            <w:placeholder>
              <w:docPart w:val="096DC268CB3744C7AF90E558EFABE7F6"/>
            </w:placeholder>
            <w:showingPlcHdr/>
          </w:sdtPr>
          <w:sdtEndPr/>
          <w:sdtContent>
            <w:tc>
              <w:tcPr>
                <w:tcW w:w="980" w:type="pct"/>
              </w:tcPr>
              <w:p w14:paraId="72703AB3" w14:textId="6E71EC00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32394641"/>
            <w:placeholder>
              <w:docPart w:val="16EE3227410F4460A6706019F08584BA"/>
            </w:placeholder>
            <w:showingPlcHdr/>
          </w:sdtPr>
          <w:sdtEndPr/>
          <w:sdtContent>
            <w:tc>
              <w:tcPr>
                <w:tcW w:w="976" w:type="pct"/>
              </w:tcPr>
              <w:p w14:paraId="5688DA4A" w14:textId="6DDA52B4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65CA4B16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-178734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B2B2D10" w14:textId="1CAF67AE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25680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:rsidRPr="00260F73" w14:paraId="5D011A5B" w14:textId="77777777" w:rsidTr="00597958">
        <w:sdt>
          <w:sdtPr>
            <w:id w:val="91911584"/>
            <w:placeholder>
              <w:docPart w:val="35C6ADD19D0A4F7F9AA8A8D4CCB1374F"/>
            </w:placeholder>
            <w:showingPlcHdr/>
          </w:sdtPr>
          <w:sdtEndPr/>
          <w:sdtContent>
            <w:tc>
              <w:tcPr>
                <w:tcW w:w="966" w:type="pct"/>
              </w:tcPr>
              <w:p w14:paraId="62C3AD32" w14:textId="6638C231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35587923"/>
            <w:placeholder>
              <w:docPart w:val="0AD4EFDEB46F4DD3B07D7D864B6EAEB2"/>
            </w:placeholder>
            <w:showingPlcHdr/>
          </w:sdtPr>
          <w:sdtEndPr/>
          <w:sdtContent>
            <w:tc>
              <w:tcPr>
                <w:tcW w:w="959" w:type="pct"/>
              </w:tcPr>
              <w:p w14:paraId="07D82FA8" w14:textId="5BFD2166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26490040"/>
            <w:placeholder>
              <w:docPart w:val="C969D259CE28476AA1EB44B74A93B0DE"/>
            </w:placeholder>
            <w:showingPlcHdr/>
          </w:sdtPr>
          <w:sdtEndPr/>
          <w:sdtContent>
            <w:tc>
              <w:tcPr>
                <w:tcW w:w="980" w:type="pct"/>
              </w:tcPr>
              <w:p w14:paraId="0BA9075E" w14:textId="162F6E12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513618"/>
            <w:placeholder>
              <w:docPart w:val="4163D3241B974CB9999FF0EC5B4E2B21"/>
            </w:placeholder>
            <w:showingPlcHdr/>
          </w:sdtPr>
          <w:sdtEndPr/>
          <w:sdtContent>
            <w:tc>
              <w:tcPr>
                <w:tcW w:w="976" w:type="pct"/>
              </w:tcPr>
              <w:p w14:paraId="6E8C51A0" w14:textId="061DBBD0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5034CFD9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-1520614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82454F9" w14:textId="15169319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17423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:rsidRPr="00260F73" w14:paraId="183CA3AF" w14:textId="77777777" w:rsidTr="00597958">
        <w:sdt>
          <w:sdtPr>
            <w:id w:val="-1907910357"/>
            <w:placeholder>
              <w:docPart w:val="89495584885745569DDCF4FEC1482D05"/>
            </w:placeholder>
            <w:showingPlcHdr/>
          </w:sdtPr>
          <w:sdtEndPr/>
          <w:sdtContent>
            <w:tc>
              <w:tcPr>
                <w:tcW w:w="966" w:type="pct"/>
              </w:tcPr>
              <w:p w14:paraId="0E5CF259" w14:textId="2F2E8C43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8454616"/>
            <w:placeholder>
              <w:docPart w:val="66C6F6902A3B4D4CA7D745FDDA70B68A"/>
            </w:placeholder>
            <w:showingPlcHdr/>
          </w:sdtPr>
          <w:sdtEndPr/>
          <w:sdtContent>
            <w:tc>
              <w:tcPr>
                <w:tcW w:w="959" w:type="pct"/>
              </w:tcPr>
              <w:p w14:paraId="1EC9F948" w14:textId="05AC5BB2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74382817"/>
            <w:placeholder>
              <w:docPart w:val="4CD965A9EE694FECADF2476D720E7B6E"/>
            </w:placeholder>
            <w:showingPlcHdr/>
          </w:sdtPr>
          <w:sdtEndPr/>
          <w:sdtContent>
            <w:tc>
              <w:tcPr>
                <w:tcW w:w="980" w:type="pct"/>
              </w:tcPr>
              <w:p w14:paraId="456CF46E" w14:textId="0F54226E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90455234"/>
            <w:placeholder>
              <w:docPart w:val="09E232A6ADC042DB884957F020A929BA"/>
            </w:placeholder>
            <w:showingPlcHdr/>
          </w:sdtPr>
          <w:sdtEndPr/>
          <w:sdtContent>
            <w:tc>
              <w:tcPr>
                <w:tcW w:w="976" w:type="pct"/>
              </w:tcPr>
              <w:p w14:paraId="7FE9FF6A" w14:textId="3A9642D9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36CC5BCB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1892150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EF89572" w14:textId="58EA593B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124599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-330375359"/>
          <w15:repeatingSection/>
        </w:sdtPr>
        <w:sdtEndPr/>
        <w:sdtContent>
          <w:sdt>
            <w:sdtPr>
              <w:id w:val="-798216025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2D7D98" w:rsidRPr="00260F73" w14:paraId="5CD8502D" w14:textId="77777777" w:rsidTr="00597958">
                <w:sdt>
                  <w:sdtPr>
                    <w:id w:val="-1580284213"/>
                    <w:placeholder>
                      <w:docPart w:val="3DF7FD3C5E5C4C0992D419903A5ACDD9"/>
                    </w:placeholder>
                    <w:showingPlcHdr/>
                  </w:sdtPr>
                  <w:sdtEndPr/>
                  <w:sdtContent>
                    <w:tc>
                      <w:tcPr>
                        <w:tcW w:w="966" w:type="pct"/>
                      </w:tcPr>
                      <w:p w14:paraId="69603CA0" w14:textId="31EEC6B0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305995904"/>
                    <w:placeholder>
                      <w:docPart w:val="CADFFF9D18954E1993F5C0789B03E179"/>
                    </w:placeholder>
                    <w:showingPlcHdr/>
                  </w:sdtPr>
                  <w:sdtEndPr/>
                  <w:sdtContent>
                    <w:tc>
                      <w:tcPr>
                        <w:tcW w:w="959" w:type="pct"/>
                      </w:tcPr>
                      <w:p w14:paraId="2C02ADFA" w14:textId="10A0B363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33035023"/>
                    <w:placeholder>
                      <w:docPart w:val="657F90F891404138BEF4C8B0986FE706"/>
                    </w:placeholder>
                    <w:showingPlcHdr/>
                  </w:sdtPr>
                  <w:sdtEndPr/>
                  <w:sdtContent>
                    <w:tc>
                      <w:tcPr>
                        <w:tcW w:w="980" w:type="pct"/>
                      </w:tcPr>
                      <w:p w14:paraId="7DD92037" w14:textId="133D9C36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428025460"/>
                    <w:placeholder>
                      <w:docPart w:val="C9113B8A854441D682CE5AC80AFB0860"/>
                    </w:placeholder>
                    <w:showingPlcHdr/>
                  </w:sdtPr>
                  <w:sdtEndPr/>
                  <w:sdtContent>
                    <w:tc>
                      <w:tcPr>
                        <w:tcW w:w="976" w:type="pct"/>
                      </w:tcPr>
                      <w:p w14:paraId="0DB5DA5D" w14:textId="57818F06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0A7C3A81" w14:textId="77777777" w:rsidR="00B8038E" w:rsidRPr="00260F73" w:rsidRDefault="00B8038E" w:rsidP="00B8038E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176325866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486E958" w14:textId="5ADD1B89" w:rsidR="002D7D98" w:rsidRPr="00260F73" w:rsidRDefault="00B8038E" w:rsidP="00B8038E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201120611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-865827514"/>
              <w:placeholder>
                <w:docPart w:val="0423504971984E3CA014D7D54995C960"/>
              </w:placeholder>
              <w15:repeatingSectionItem/>
            </w:sdtPr>
            <w:sdtEndPr/>
            <w:sdtContent>
              <w:tr w:rsidR="00C95D05" w:rsidRPr="00260F73" w14:paraId="6FDD2C08" w14:textId="77777777" w:rsidTr="00597958">
                <w:sdt>
                  <w:sdtPr>
                    <w:id w:val="645398200"/>
                    <w:placeholder>
                      <w:docPart w:val="A98CC7936C024C2988776FBA2CC670BD"/>
                    </w:placeholder>
                    <w:showingPlcHdr/>
                  </w:sdtPr>
                  <w:sdtEndPr/>
                  <w:sdtContent>
                    <w:tc>
                      <w:tcPr>
                        <w:tcW w:w="966" w:type="pct"/>
                      </w:tcPr>
                      <w:p w14:paraId="0395932B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101691547"/>
                    <w:placeholder>
                      <w:docPart w:val="2E9B36F7201C45DF99CA9FA9C42900AE"/>
                    </w:placeholder>
                    <w:showingPlcHdr/>
                  </w:sdtPr>
                  <w:sdtEndPr/>
                  <w:sdtContent>
                    <w:tc>
                      <w:tcPr>
                        <w:tcW w:w="959" w:type="pct"/>
                      </w:tcPr>
                      <w:p w14:paraId="1C3B9025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489561908"/>
                    <w:placeholder>
                      <w:docPart w:val="09814CF1CD7A47D3BB560F37A96F9D58"/>
                    </w:placeholder>
                    <w:showingPlcHdr/>
                  </w:sdtPr>
                  <w:sdtEndPr/>
                  <w:sdtContent>
                    <w:tc>
                      <w:tcPr>
                        <w:tcW w:w="980" w:type="pct"/>
                      </w:tcPr>
                      <w:p w14:paraId="3415A5C5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829473414"/>
                    <w:placeholder>
                      <w:docPart w:val="7793DEAF92564508A217818A964BBBC0"/>
                    </w:placeholder>
                    <w:showingPlcHdr/>
                  </w:sdtPr>
                  <w:sdtEndPr/>
                  <w:sdtContent>
                    <w:tc>
                      <w:tcPr>
                        <w:tcW w:w="976" w:type="pct"/>
                      </w:tcPr>
                      <w:p w14:paraId="3D855799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78FDA8C5" w14:textId="77777777" w:rsidR="00B8038E" w:rsidRPr="00260F73" w:rsidRDefault="00B8038E" w:rsidP="00B8038E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-115059411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3F7E6B0A" w14:textId="364082AE" w:rsidR="00C95D05" w:rsidRPr="00260F73" w:rsidRDefault="00B8038E" w:rsidP="00B8038E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167001509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76CB9A1A" w14:textId="77777777" w:rsidR="00803B09" w:rsidRDefault="00803B09" w:rsidP="00803B09"/>
    <w:p w14:paraId="75B4FEB0" w14:textId="6EF2E1C1" w:rsidR="3FE541D5" w:rsidRPr="00260F73" w:rsidRDefault="002D7D98" w:rsidP="001C17E4">
      <w:pPr>
        <w:pStyle w:val="Heading1"/>
      </w:pPr>
      <w:r w:rsidRPr="00260F73">
        <w:t>Current Professional Registrations</w:t>
      </w:r>
      <w:r w:rsidR="00F4085D" w:rsidRPr="00260F73">
        <w:t xml:space="preserve"> </w:t>
      </w:r>
      <w:r w:rsidR="2D96377B" w:rsidRPr="00260F73">
        <w:t>(IMC, GMC, etc)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00"/>
        <w:gridCol w:w="1350"/>
        <w:gridCol w:w="1530"/>
        <w:gridCol w:w="1825"/>
        <w:gridCol w:w="1472"/>
        <w:gridCol w:w="1773"/>
      </w:tblGrid>
      <w:tr w:rsidR="002D7D98" w:rsidRPr="00260F73" w14:paraId="1972A308" w14:textId="77777777" w:rsidTr="002E140B">
        <w:tc>
          <w:tcPr>
            <w:tcW w:w="749" w:type="pct"/>
            <w:vAlign w:val="center"/>
          </w:tcPr>
          <w:p w14:paraId="2D6CA276" w14:textId="7777777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Award</w:t>
            </w:r>
          </w:p>
        </w:tc>
        <w:tc>
          <w:tcPr>
            <w:tcW w:w="722" w:type="pct"/>
            <w:vAlign w:val="center"/>
          </w:tcPr>
          <w:p w14:paraId="3BA16062" w14:textId="7777777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Year</w:t>
            </w:r>
          </w:p>
        </w:tc>
        <w:tc>
          <w:tcPr>
            <w:tcW w:w="818" w:type="pct"/>
            <w:vAlign w:val="center"/>
          </w:tcPr>
          <w:p w14:paraId="48D6EE85" w14:textId="52C3B1E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Registration or Membership number</w:t>
            </w:r>
          </w:p>
        </w:tc>
        <w:tc>
          <w:tcPr>
            <w:tcW w:w="976" w:type="pct"/>
            <w:vAlign w:val="center"/>
          </w:tcPr>
          <w:p w14:paraId="38FB6F70" w14:textId="64C19A9D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Professional Body/Regulator</w:t>
            </w:r>
          </w:p>
        </w:tc>
        <w:tc>
          <w:tcPr>
            <w:tcW w:w="787" w:type="pct"/>
            <w:vAlign w:val="center"/>
          </w:tcPr>
          <w:p w14:paraId="6CAB59A6" w14:textId="7027AE7D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Good Standing Status</w:t>
            </w:r>
          </w:p>
        </w:tc>
        <w:tc>
          <w:tcPr>
            <w:tcW w:w="948" w:type="pct"/>
            <w:vAlign w:val="center"/>
          </w:tcPr>
          <w:p w14:paraId="0662DADA" w14:textId="182D7738" w:rsidR="002D7D98" w:rsidRPr="00260F73" w:rsidRDefault="002D7D98" w:rsidP="00597958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</w:t>
            </w:r>
            <w:r w:rsidR="00F4085D" w:rsidRPr="00260F73">
              <w:rPr>
                <w:b/>
                <w:bCs/>
              </w:rPr>
              <w:t xml:space="preserve"> Attached</w:t>
            </w:r>
          </w:p>
        </w:tc>
      </w:tr>
      <w:tr w:rsidR="002D7D98" w:rsidRPr="00260F73" w14:paraId="41C6CEE2" w14:textId="77777777" w:rsidTr="002E140B">
        <w:sdt>
          <w:sdtPr>
            <w:id w:val="483131998"/>
            <w:placeholder>
              <w:docPart w:val="872FF4CA11794B8A841DB2220DF10EA6"/>
            </w:placeholder>
            <w:showingPlcHdr/>
          </w:sdtPr>
          <w:sdtEndPr/>
          <w:sdtContent>
            <w:tc>
              <w:tcPr>
                <w:tcW w:w="749" w:type="pct"/>
              </w:tcPr>
              <w:p w14:paraId="5DE52878" w14:textId="705B3DA5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22032356"/>
            <w:placeholder>
              <w:docPart w:val="4E97BD512F134974B65EC5CE1A1FFA5C"/>
            </w:placeholder>
            <w:showingPlcHdr/>
          </w:sdtPr>
          <w:sdtEndPr/>
          <w:sdtContent>
            <w:tc>
              <w:tcPr>
                <w:tcW w:w="722" w:type="pct"/>
              </w:tcPr>
              <w:p w14:paraId="3B4E7722" w14:textId="48736194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041407279"/>
            <w:placeholder>
              <w:docPart w:val="43C24FC1DD4E4C25906C3761C0E444F2"/>
            </w:placeholder>
            <w:showingPlcHdr/>
          </w:sdtPr>
          <w:sdtEndPr/>
          <w:sdtContent>
            <w:tc>
              <w:tcPr>
                <w:tcW w:w="818" w:type="pct"/>
              </w:tcPr>
              <w:p w14:paraId="4433956D" w14:textId="37C027FA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3204762"/>
            <w:placeholder>
              <w:docPart w:val="6E5B51F8A20C49259CB13015EB121389"/>
            </w:placeholder>
            <w:showingPlcHdr/>
          </w:sdtPr>
          <w:sdtEndPr/>
          <w:sdtContent>
            <w:tc>
              <w:tcPr>
                <w:tcW w:w="976" w:type="pct"/>
              </w:tcPr>
              <w:p w14:paraId="4C3D30A3" w14:textId="7A36AFB5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89550416"/>
            <w:placeholder>
              <w:docPart w:val="ACA81B7FEB124004A04A95F11ADBD7A7"/>
            </w:placeholder>
            <w:showingPlcHdr/>
          </w:sdtPr>
          <w:sdtEndPr/>
          <w:sdtContent>
            <w:tc>
              <w:tcPr>
                <w:tcW w:w="787" w:type="pct"/>
              </w:tcPr>
              <w:p w14:paraId="4E8C2E90" w14:textId="2B1B9F91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019818F" w14:textId="77777777" w:rsidR="001B2E81" w:rsidRPr="00260F73" w:rsidRDefault="001B2E81" w:rsidP="00597958">
            <w:pPr>
              <w:jc w:val="center"/>
            </w:pPr>
            <w:r w:rsidRPr="00260F73">
              <w:t xml:space="preserve">Yes </w:t>
            </w:r>
            <w:sdt>
              <w:sdtPr>
                <w:id w:val="-1966805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9703C51" w14:textId="668C266B" w:rsidR="002D7D98" w:rsidRPr="00260F73" w:rsidRDefault="001B2E81" w:rsidP="00597958">
            <w:pPr>
              <w:jc w:val="center"/>
            </w:pPr>
            <w:r w:rsidRPr="00260F73">
              <w:t xml:space="preserve">No </w:t>
            </w:r>
            <w:sdt>
              <w:sdtPr>
                <w:id w:val="-1393879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 xml:space="preserve"> </w:t>
            </w:r>
          </w:p>
        </w:tc>
      </w:tr>
      <w:tr w:rsidR="00B16633" w:rsidRPr="00260F73" w14:paraId="5CF6427D" w14:textId="77777777" w:rsidTr="002E140B">
        <w:sdt>
          <w:sdtPr>
            <w:id w:val="1117254231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749" w:type="pct"/>
              </w:tcPr>
              <w:p w14:paraId="1F6A3CE1" w14:textId="0D7E4A4E" w:rsidR="00B16633" w:rsidRPr="00260F73" w:rsidRDefault="00B1663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81267477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722" w:type="pct"/>
              </w:tcPr>
              <w:p w14:paraId="49AE3929" w14:textId="7A68B3BC" w:rsidR="00B16633" w:rsidRPr="00260F73" w:rsidRDefault="00803B09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97141339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818" w:type="pct"/>
              </w:tcPr>
              <w:p w14:paraId="3BD3C74A" w14:textId="67BF288E" w:rsidR="00B16633" w:rsidRPr="00260F73" w:rsidRDefault="00803B09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87439813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976" w:type="pct"/>
              </w:tcPr>
              <w:p w14:paraId="46914337" w14:textId="0493156F" w:rsidR="00B16633" w:rsidRPr="00260F73" w:rsidRDefault="00803B09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75810897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787" w:type="pct"/>
              </w:tcPr>
              <w:p w14:paraId="4DCC6CF2" w14:textId="32D55FC9" w:rsidR="00B16633" w:rsidRPr="00260F73" w:rsidRDefault="00803B09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8A6E352" w14:textId="77777777" w:rsidR="001B2E81" w:rsidRPr="00260F73" w:rsidRDefault="001B2E81" w:rsidP="001B2E81">
            <w:pPr>
              <w:jc w:val="center"/>
            </w:pPr>
            <w:r w:rsidRPr="00260F73">
              <w:t xml:space="preserve">Yes </w:t>
            </w:r>
            <w:sdt>
              <w:sdtPr>
                <w:id w:val="704525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67C6332" w14:textId="556B6FB1" w:rsidR="00B16633" w:rsidRPr="00260F73" w:rsidRDefault="001B2E81" w:rsidP="001B2E81">
            <w:pPr>
              <w:jc w:val="center"/>
            </w:pPr>
            <w:r w:rsidRPr="00260F73">
              <w:t xml:space="preserve">No </w:t>
            </w:r>
            <w:sdt>
              <w:sdtPr>
                <w:id w:val="-63849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16633" w:rsidRPr="00260F73" w14:paraId="4F6A290C" w14:textId="77777777" w:rsidTr="002E140B">
        <w:sdt>
          <w:sdtPr>
            <w:id w:val="1476033184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749" w:type="pct"/>
              </w:tcPr>
              <w:p w14:paraId="15160684" w14:textId="3068EB49" w:rsidR="00B16633" w:rsidRPr="00260F73" w:rsidRDefault="00B1663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9758554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722" w:type="pct"/>
              </w:tcPr>
              <w:p w14:paraId="0904B07A" w14:textId="5FF86461" w:rsidR="00B16633" w:rsidRPr="00260F73" w:rsidRDefault="00803B09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896020294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818" w:type="pct"/>
              </w:tcPr>
              <w:p w14:paraId="13F2E67B" w14:textId="6004A93A" w:rsidR="00B16633" w:rsidRPr="00260F73" w:rsidRDefault="00803B09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99177780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976" w:type="pct"/>
              </w:tcPr>
              <w:p w14:paraId="6880ABF6" w14:textId="3FFAE73B" w:rsidR="00B16633" w:rsidRPr="00260F73" w:rsidRDefault="00803B09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0342745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787" w:type="pct"/>
              </w:tcPr>
              <w:p w14:paraId="2B51EDCF" w14:textId="18BC3420" w:rsidR="00B16633" w:rsidRPr="00260F73" w:rsidRDefault="00803B09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651296AA" w14:textId="77777777" w:rsidR="001B2E81" w:rsidRPr="00260F73" w:rsidRDefault="001B2E81" w:rsidP="001B2E81">
            <w:pPr>
              <w:jc w:val="center"/>
            </w:pPr>
            <w:r w:rsidRPr="00260F73">
              <w:t xml:space="preserve">Yes </w:t>
            </w:r>
            <w:sdt>
              <w:sdtPr>
                <w:id w:val="72673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11CF831" w14:textId="152AD978" w:rsidR="00B16633" w:rsidRPr="00260F73" w:rsidRDefault="001B2E81" w:rsidP="001B2E81">
            <w:pPr>
              <w:jc w:val="center"/>
            </w:pPr>
            <w:r w:rsidRPr="00260F73">
              <w:t xml:space="preserve">No </w:t>
            </w:r>
            <w:sdt>
              <w:sdtPr>
                <w:id w:val="157601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874125203"/>
          <w15:repeatingSection/>
        </w:sdtPr>
        <w:sdtEndPr/>
        <w:sdtContent>
          <w:sdt>
            <w:sdtPr>
              <w:id w:val="-709956330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B16633" w:rsidRPr="00260F73" w14:paraId="788C3D77" w14:textId="77777777" w:rsidTr="002E140B">
                <w:sdt>
                  <w:sdtPr>
                    <w:id w:val="1184713080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749" w:type="pct"/>
                      </w:tcPr>
                      <w:p w14:paraId="220FAB30" w14:textId="7FD7EF89" w:rsidR="00B16633" w:rsidRPr="00260F73" w:rsidRDefault="00B16633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783115795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722" w:type="pct"/>
                      </w:tcPr>
                      <w:p w14:paraId="4E270E41" w14:textId="784544D3" w:rsidR="00B16633" w:rsidRPr="00260F73" w:rsidRDefault="00803B09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958856168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818" w:type="pct"/>
                      </w:tcPr>
                      <w:p w14:paraId="4B5AA7D5" w14:textId="72FD16E2" w:rsidR="00B16633" w:rsidRPr="00260F73" w:rsidRDefault="00803B09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5542618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976" w:type="pct"/>
                      </w:tcPr>
                      <w:p w14:paraId="6FE57682" w14:textId="6FE8C626" w:rsidR="00B16633" w:rsidRPr="00260F73" w:rsidRDefault="00803B09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2081815259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787" w:type="pct"/>
                      </w:tcPr>
                      <w:p w14:paraId="51005B27" w14:textId="31E0B52F" w:rsidR="00B16633" w:rsidRPr="00260F73" w:rsidRDefault="00803B09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948" w:type="pct"/>
                    <w:vAlign w:val="center"/>
                  </w:tcPr>
                  <w:p w14:paraId="68DBCCD3" w14:textId="77777777" w:rsidR="001B2E81" w:rsidRPr="00260F73" w:rsidRDefault="001B2E81" w:rsidP="001B2E81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133865995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5B5BFD0" w14:textId="718469B3" w:rsidR="00B16633" w:rsidRPr="00260F73" w:rsidRDefault="001B2E81" w:rsidP="001B2E81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16224142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4E06CE75" w14:textId="77777777" w:rsidR="002D7D98" w:rsidRPr="00260F73" w:rsidRDefault="002D7D98"/>
    <w:p w14:paraId="14AD253B" w14:textId="77777777" w:rsidR="00214ECC" w:rsidRPr="00260F73" w:rsidRDefault="003729FB" w:rsidP="001C17E4">
      <w:pPr>
        <w:pStyle w:val="Heading1"/>
      </w:pPr>
      <w:r w:rsidRPr="00260F73">
        <w:lastRenderedPageBreak/>
        <w:t>Clinical Employment History</w:t>
      </w:r>
    </w:p>
    <w:p w14:paraId="5179FB9C" w14:textId="1C1F9C5C" w:rsidR="00214ECC" w:rsidRPr="00260F73" w:rsidRDefault="003729FB">
      <w:r w:rsidRPr="00260F73">
        <w:t>(Reverse chronological order)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2E140B" w:rsidRPr="00260F73" w14:paraId="2D16504D" w14:textId="77777777" w:rsidTr="00E70F08">
        <w:tc>
          <w:tcPr>
            <w:tcW w:w="9350" w:type="dxa"/>
            <w:gridSpan w:val="2"/>
          </w:tcPr>
          <w:p w14:paraId="57CB4B58" w14:textId="1157D3E2" w:rsidR="002E140B" w:rsidRPr="00260F73" w:rsidRDefault="002E140B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686753930"/>
                <w:placeholder>
                  <w:docPart w:val="AB27C8C8D90949D99B80C3BCC40C6DB1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97958" w:rsidRPr="00260F73" w14:paraId="20EAB3EC" w14:textId="77777777" w:rsidTr="002E140B">
        <w:tc>
          <w:tcPr>
            <w:tcW w:w="2547" w:type="dxa"/>
          </w:tcPr>
          <w:p w14:paraId="4C1371F0" w14:textId="773A0F9E" w:rsidR="00597958" w:rsidRPr="00260F73" w:rsidRDefault="002E140B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440499352"/>
            <w:placeholder>
              <w:docPart w:val="BE6BAA36B4CE46CCBA1107A2CA863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2106E778" w14:textId="1DAEE8EA" w:rsidR="00597958" w:rsidRPr="00260F73" w:rsidRDefault="002E140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:rsidRPr="00260F73" w14:paraId="09CE63E9" w14:textId="77777777" w:rsidTr="002E140B">
        <w:tc>
          <w:tcPr>
            <w:tcW w:w="2547" w:type="dxa"/>
          </w:tcPr>
          <w:p w14:paraId="67052997" w14:textId="449E67BD" w:rsidR="00597958" w:rsidRPr="00260F73" w:rsidRDefault="002E140B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2124885619"/>
            <w:placeholder>
              <w:docPart w:val="98F3A9EE91754E259AFD2F141BD88EC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4C198349" w14:textId="208FC157" w:rsidR="00597958" w:rsidRPr="00260F73" w:rsidRDefault="002E140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:rsidRPr="00260F73" w14:paraId="423BA94B" w14:textId="77777777" w:rsidTr="002E140B">
        <w:tc>
          <w:tcPr>
            <w:tcW w:w="2547" w:type="dxa"/>
          </w:tcPr>
          <w:p w14:paraId="4DDB93B2" w14:textId="7F833D2D" w:rsidR="00597958" w:rsidRPr="00260F73" w:rsidRDefault="002E140B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1546410146"/>
            <w:placeholder>
              <w:docPart w:val="A562792367E244C2B52C13434E400DB2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7BBDFA63" w14:textId="4FCAA322" w:rsidR="00597958" w:rsidRPr="00260F73" w:rsidRDefault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958" w:rsidRPr="00260F73" w14:paraId="6A2FA343" w14:textId="77777777" w:rsidTr="002E140B">
        <w:tc>
          <w:tcPr>
            <w:tcW w:w="2547" w:type="dxa"/>
          </w:tcPr>
          <w:p w14:paraId="05DA6982" w14:textId="689D0E30" w:rsidR="00597958" w:rsidRPr="00260F73" w:rsidRDefault="002E140B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-1410228021"/>
            <w:placeholder>
              <w:docPart w:val="7E217E49FF2B4BCCB4F3ACCCBA862056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270E49BD" w14:textId="7ED909CB" w:rsidR="00597958" w:rsidRPr="00260F73" w:rsidRDefault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3B6D8532" w14:textId="77777777" w:rsidTr="002E140B">
        <w:tc>
          <w:tcPr>
            <w:tcW w:w="2547" w:type="dxa"/>
            <w:vAlign w:val="center"/>
          </w:tcPr>
          <w:p w14:paraId="1A6FF483" w14:textId="5F5E73E1" w:rsidR="002E140B" w:rsidRPr="00260F73" w:rsidRDefault="002E140B" w:rsidP="002E140B">
            <w:r w:rsidRPr="00260F73">
              <w:rPr>
                <w:b/>
                <w:bCs/>
              </w:rPr>
              <w:t>Sub Specialty (where applicable</w:t>
            </w:r>
          </w:p>
        </w:tc>
        <w:sdt>
          <w:sdtPr>
            <w:id w:val="1231271951"/>
            <w:placeholder>
              <w:docPart w:val="A6B6B6169038418C8F137F03A3BAC3E6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54041384" w14:textId="42470ED5" w:rsidR="002E140B" w:rsidRPr="00260F73" w:rsidRDefault="002E140B" w:rsidP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3223303B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0818E58" w14:textId="4F1E665E" w:rsidR="002E140B" w:rsidRPr="00260F73" w:rsidRDefault="002E140B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1542626127"/>
            <w:placeholder>
              <w:docPart w:val="BA84038C5BAB4BC98BCFD7720888F4EA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53EB7EF" w14:textId="1922AE72" w:rsidR="002E140B" w:rsidRPr="00260F73" w:rsidRDefault="002E140B" w:rsidP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75158259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7BB683" w14:textId="2FFCD4FE" w:rsidR="002E140B" w:rsidRPr="00260F73" w:rsidRDefault="002E140B" w:rsidP="002E140B"/>
        </w:tc>
      </w:tr>
      <w:tr w:rsidR="002E140B" w:rsidRPr="00260F73" w14:paraId="11904FE7" w14:textId="77777777" w:rsidTr="00E70F08">
        <w:tc>
          <w:tcPr>
            <w:tcW w:w="9350" w:type="dxa"/>
            <w:gridSpan w:val="2"/>
          </w:tcPr>
          <w:p w14:paraId="17040DC0" w14:textId="330194A0" w:rsidR="002E140B" w:rsidRPr="00260F73" w:rsidRDefault="002E140B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1236849598"/>
                <w:placeholder>
                  <w:docPart w:val="2A85F1BB5E59479D91B2E845B74103B1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E140B" w:rsidRPr="00260F73" w14:paraId="0D159708" w14:textId="77777777" w:rsidTr="002E140B">
        <w:tc>
          <w:tcPr>
            <w:tcW w:w="2547" w:type="dxa"/>
          </w:tcPr>
          <w:p w14:paraId="6855F987" w14:textId="77777777" w:rsidR="002E140B" w:rsidRPr="00260F73" w:rsidRDefault="002E140B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1122346841"/>
            <w:placeholder>
              <w:docPart w:val="734A0FEE22AB4D08A85FAFBB84445CB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45529B1E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:rsidRPr="00260F73" w14:paraId="3FF24D13" w14:textId="77777777" w:rsidTr="002E140B">
        <w:tc>
          <w:tcPr>
            <w:tcW w:w="2547" w:type="dxa"/>
          </w:tcPr>
          <w:p w14:paraId="104FCC2D" w14:textId="77777777" w:rsidR="002E140B" w:rsidRPr="00260F73" w:rsidRDefault="002E140B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1682545086"/>
            <w:placeholder>
              <w:docPart w:val="3AE69983638E496B87E186B118E83D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60588BA6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:rsidRPr="00260F73" w14:paraId="15579743" w14:textId="77777777" w:rsidTr="002E140B">
        <w:tc>
          <w:tcPr>
            <w:tcW w:w="2547" w:type="dxa"/>
          </w:tcPr>
          <w:p w14:paraId="4D83AFB6" w14:textId="77777777" w:rsidR="002E140B" w:rsidRPr="00260F73" w:rsidRDefault="002E140B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2074315478"/>
            <w:placeholder>
              <w:docPart w:val="4E1B8BE8E635423EB269141E9E2912AC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4FF8C2D7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48B155F2" w14:textId="77777777" w:rsidTr="002E140B">
        <w:tc>
          <w:tcPr>
            <w:tcW w:w="2547" w:type="dxa"/>
          </w:tcPr>
          <w:p w14:paraId="5C52A10E" w14:textId="77777777" w:rsidR="002E140B" w:rsidRPr="00260F73" w:rsidRDefault="002E140B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2138367119"/>
            <w:placeholder>
              <w:docPart w:val="522C19E6AA2346A4966003129C441C2C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68F98D5F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090BAA34" w14:textId="77777777" w:rsidTr="002E140B">
        <w:tc>
          <w:tcPr>
            <w:tcW w:w="2547" w:type="dxa"/>
            <w:vAlign w:val="center"/>
          </w:tcPr>
          <w:p w14:paraId="563AF5FC" w14:textId="77777777" w:rsidR="002E140B" w:rsidRPr="00260F73" w:rsidRDefault="002E140B" w:rsidP="002E140B">
            <w:r w:rsidRPr="00260F73">
              <w:rPr>
                <w:b/>
                <w:bCs/>
              </w:rPr>
              <w:t>Sub Specialty (where applicable</w:t>
            </w:r>
          </w:p>
        </w:tc>
        <w:sdt>
          <w:sdtPr>
            <w:id w:val="-1212111084"/>
            <w:placeholder>
              <w:docPart w:val="DC6DBC8E8B3947CB8F9195F36B67D85A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2EFBB2EB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1680F5A1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1F8D55A6" w14:textId="77777777" w:rsidR="002E140B" w:rsidRPr="00260F73" w:rsidRDefault="002E140B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274300943"/>
            <w:placeholder>
              <w:docPart w:val="49487EF4E50B45EF8F8DF0A58099CB09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0C1B8318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1CBA9A3D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5BE705" w14:textId="4FFCDEF1" w:rsidR="002E140B" w:rsidRPr="00260F73" w:rsidRDefault="002E140B" w:rsidP="002E140B"/>
        </w:tc>
      </w:tr>
      <w:tr w:rsidR="00803B09" w:rsidRPr="00260F73" w14:paraId="73F7C4FE" w14:textId="77777777" w:rsidTr="00E70F08">
        <w:tc>
          <w:tcPr>
            <w:tcW w:w="9350" w:type="dxa"/>
            <w:gridSpan w:val="2"/>
          </w:tcPr>
          <w:p w14:paraId="6825248B" w14:textId="2CAA047B" w:rsidR="00803B09" w:rsidRPr="00260F73" w:rsidRDefault="00803B09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567802457"/>
                <w:placeholder>
                  <w:docPart w:val="84726E4634714F09A2BFEF3AAB52C75D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03B09" w:rsidRPr="00260F73" w14:paraId="4AF18B6D" w14:textId="77777777" w:rsidTr="002E140B">
        <w:tc>
          <w:tcPr>
            <w:tcW w:w="2547" w:type="dxa"/>
          </w:tcPr>
          <w:p w14:paraId="034D3A5D" w14:textId="77777777" w:rsidR="00803B09" w:rsidRPr="00260F73" w:rsidRDefault="00803B09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729357709"/>
            <w:placeholder>
              <w:docPart w:val="E6E722D9AD044456BDFE81AEA676206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44C4BF74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03B09" w:rsidRPr="00260F73" w14:paraId="3F9DA604" w14:textId="77777777" w:rsidTr="002E140B">
        <w:tc>
          <w:tcPr>
            <w:tcW w:w="2547" w:type="dxa"/>
          </w:tcPr>
          <w:p w14:paraId="2F7EAD9D" w14:textId="77777777" w:rsidR="00803B09" w:rsidRPr="00260F73" w:rsidRDefault="00803B09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-193234357"/>
            <w:placeholder>
              <w:docPart w:val="CA7E9ED32EAF4C10B46ACEE313024E7F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29D731C9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03B09" w:rsidRPr="00260F73" w14:paraId="4178D2B9" w14:textId="77777777" w:rsidTr="002E140B">
        <w:tc>
          <w:tcPr>
            <w:tcW w:w="2547" w:type="dxa"/>
          </w:tcPr>
          <w:p w14:paraId="1DF6B18F" w14:textId="77777777" w:rsidR="00803B09" w:rsidRPr="00260F73" w:rsidRDefault="00803B09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-268158285"/>
            <w:placeholder>
              <w:docPart w:val="474325210F9A456E8C056415E48010A1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1C068714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58D71916" w14:textId="77777777" w:rsidTr="002E140B">
        <w:tc>
          <w:tcPr>
            <w:tcW w:w="2547" w:type="dxa"/>
          </w:tcPr>
          <w:p w14:paraId="5338CF7C" w14:textId="77777777" w:rsidR="00803B09" w:rsidRPr="00260F73" w:rsidRDefault="00803B09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1110240135"/>
            <w:placeholder>
              <w:docPart w:val="11F7BB8A3A804A37947E68A29B534A2F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457C9E70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45301B0C" w14:textId="77777777" w:rsidTr="002E140B">
        <w:tc>
          <w:tcPr>
            <w:tcW w:w="2547" w:type="dxa"/>
            <w:vAlign w:val="center"/>
          </w:tcPr>
          <w:p w14:paraId="4EEA3822" w14:textId="77777777" w:rsidR="00803B09" w:rsidRPr="00260F73" w:rsidRDefault="00803B09" w:rsidP="002E140B">
            <w:r w:rsidRPr="00260F73">
              <w:rPr>
                <w:b/>
                <w:bCs/>
              </w:rPr>
              <w:t>Sub Specialty (where applicable</w:t>
            </w:r>
          </w:p>
        </w:tc>
        <w:sdt>
          <w:sdtPr>
            <w:id w:val="38870429"/>
            <w:placeholder>
              <w:docPart w:val="B06D32C5AC044B54B136CF46EE5B8E8E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0A7853B6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52CD6F90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18A8275" w14:textId="77777777" w:rsidR="00803B09" w:rsidRPr="00260F73" w:rsidRDefault="00803B09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1555512378"/>
            <w:placeholder>
              <w:docPart w:val="008B345C00FD42068E8D8745F06D1CD4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19BBC050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149A6AA6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3DD17D" w14:textId="1E5E8F3E" w:rsidR="00803B09" w:rsidRPr="00260F73" w:rsidRDefault="00803B09" w:rsidP="002E140B"/>
        </w:tc>
      </w:tr>
      <w:tr w:rsidR="00803B09" w:rsidRPr="00260F73" w14:paraId="33E3E118" w14:textId="77777777" w:rsidTr="00E70F08">
        <w:tc>
          <w:tcPr>
            <w:tcW w:w="9350" w:type="dxa"/>
            <w:gridSpan w:val="2"/>
          </w:tcPr>
          <w:p w14:paraId="6B1586DE" w14:textId="0DF78684" w:rsidR="00803B09" w:rsidRPr="00260F73" w:rsidRDefault="00803B09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2119442945"/>
                <w:placeholder>
                  <w:docPart w:val="FC36DFBF04D14EA191C64EC9B3CCAFC7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03B09" w:rsidRPr="00260F73" w14:paraId="1FEFDD96" w14:textId="77777777" w:rsidTr="002E140B">
        <w:tc>
          <w:tcPr>
            <w:tcW w:w="2547" w:type="dxa"/>
          </w:tcPr>
          <w:p w14:paraId="483F25AB" w14:textId="77777777" w:rsidR="00803B09" w:rsidRPr="00260F73" w:rsidRDefault="00803B09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-337309174"/>
            <w:placeholder>
              <w:docPart w:val="504898128ACD48EDB3B15E7B02F3B3C1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3994E3B1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03B09" w:rsidRPr="00260F73" w14:paraId="743F80BD" w14:textId="77777777" w:rsidTr="002E140B">
        <w:tc>
          <w:tcPr>
            <w:tcW w:w="2547" w:type="dxa"/>
          </w:tcPr>
          <w:p w14:paraId="501486A1" w14:textId="77777777" w:rsidR="00803B09" w:rsidRPr="00260F73" w:rsidRDefault="00803B09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1268516481"/>
            <w:placeholder>
              <w:docPart w:val="73C88B888AE848628C3D081D7E3D33A2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3E7D9EBD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03B09" w:rsidRPr="00260F73" w14:paraId="77BBB7E9" w14:textId="77777777" w:rsidTr="002E140B">
        <w:tc>
          <w:tcPr>
            <w:tcW w:w="2547" w:type="dxa"/>
          </w:tcPr>
          <w:p w14:paraId="433AC8D2" w14:textId="77777777" w:rsidR="00803B09" w:rsidRPr="00260F73" w:rsidRDefault="00803B09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-543375862"/>
            <w:placeholder>
              <w:docPart w:val="799D09EE24914606948308642640068E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41370B5D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5DFE2974" w14:textId="77777777" w:rsidTr="002E140B">
        <w:tc>
          <w:tcPr>
            <w:tcW w:w="2547" w:type="dxa"/>
          </w:tcPr>
          <w:p w14:paraId="778B70A2" w14:textId="77777777" w:rsidR="00803B09" w:rsidRPr="00260F73" w:rsidRDefault="00803B09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-616061408"/>
            <w:placeholder>
              <w:docPart w:val="8DF985669C6449AEA50B4DEFFAACA3AC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3B6CF4F5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7E256512" w14:textId="77777777" w:rsidTr="002E140B">
        <w:tc>
          <w:tcPr>
            <w:tcW w:w="2547" w:type="dxa"/>
            <w:vAlign w:val="center"/>
          </w:tcPr>
          <w:p w14:paraId="7A8927CB" w14:textId="77777777" w:rsidR="00803B09" w:rsidRPr="00260F73" w:rsidRDefault="00803B09" w:rsidP="002E140B">
            <w:r w:rsidRPr="00260F73">
              <w:rPr>
                <w:b/>
                <w:bCs/>
              </w:rPr>
              <w:t>Sub Specialty (where applicable</w:t>
            </w:r>
          </w:p>
        </w:tc>
        <w:sdt>
          <w:sdtPr>
            <w:id w:val="2018954026"/>
            <w:placeholder>
              <w:docPart w:val="FA73186C976B4290B74C37FAEA9DDFA0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7AC8A315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561133E6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7BA35AE6" w14:textId="77777777" w:rsidR="00803B09" w:rsidRPr="00260F73" w:rsidRDefault="00803B09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2120178041"/>
            <w:placeholder>
              <w:docPart w:val="A52E909487574BBA8D9E8C686955A27D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44E31108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5809A35E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00F025" w14:textId="100E419B" w:rsidR="00803B09" w:rsidRPr="00260F73" w:rsidRDefault="00803B09" w:rsidP="002E140B"/>
        </w:tc>
      </w:tr>
      <w:tr w:rsidR="00803B09" w:rsidRPr="00260F73" w14:paraId="70733E6E" w14:textId="77777777" w:rsidTr="00E70F08">
        <w:tc>
          <w:tcPr>
            <w:tcW w:w="9350" w:type="dxa"/>
            <w:gridSpan w:val="2"/>
          </w:tcPr>
          <w:p w14:paraId="44F46FD6" w14:textId="16ED371E" w:rsidR="00803B09" w:rsidRPr="00260F73" w:rsidRDefault="00803B09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1933201670"/>
                <w:placeholder>
                  <w:docPart w:val="863409B67EE04C5D9D829E9FD3B1C6B5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03B09" w:rsidRPr="00260F73" w14:paraId="1B883C1B" w14:textId="77777777" w:rsidTr="002E140B">
        <w:tc>
          <w:tcPr>
            <w:tcW w:w="2547" w:type="dxa"/>
          </w:tcPr>
          <w:p w14:paraId="102EEC10" w14:textId="77777777" w:rsidR="00803B09" w:rsidRPr="00260F73" w:rsidRDefault="00803B09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533387833"/>
            <w:placeholder>
              <w:docPart w:val="79BA97163B364FC7ABD382C7B0DC16B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7322DD14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03B09" w:rsidRPr="00260F73" w14:paraId="6FB98844" w14:textId="77777777" w:rsidTr="002E140B">
        <w:tc>
          <w:tcPr>
            <w:tcW w:w="2547" w:type="dxa"/>
          </w:tcPr>
          <w:p w14:paraId="5476AAC1" w14:textId="77777777" w:rsidR="00803B09" w:rsidRPr="00260F73" w:rsidRDefault="00803B09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434261167"/>
            <w:placeholder>
              <w:docPart w:val="70C7DC65EE344331922E4E01D807D616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67818ADF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03B09" w:rsidRPr="00260F73" w14:paraId="19C8484B" w14:textId="77777777" w:rsidTr="002E140B">
        <w:tc>
          <w:tcPr>
            <w:tcW w:w="2547" w:type="dxa"/>
          </w:tcPr>
          <w:p w14:paraId="3BAD9130" w14:textId="77777777" w:rsidR="00803B09" w:rsidRPr="00260F73" w:rsidRDefault="00803B09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516967780"/>
            <w:placeholder>
              <w:docPart w:val="D37250311FCE470DBBE0A43C0E693E08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0CA7BB47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4DE7F86C" w14:textId="77777777" w:rsidTr="002E140B">
        <w:tc>
          <w:tcPr>
            <w:tcW w:w="2547" w:type="dxa"/>
          </w:tcPr>
          <w:p w14:paraId="338A333F" w14:textId="77777777" w:rsidR="00803B09" w:rsidRPr="00260F73" w:rsidRDefault="00803B09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1093585053"/>
            <w:placeholder>
              <w:docPart w:val="6EBB0C190AB34B3C83B418F237A4CD72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57DCD519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62833927" w14:textId="77777777" w:rsidTr="002E140B">
        <w:tc>
          <w:tcPr>
            <w:tcW w:w="2547" w:type="dxa"/>
            <w:vAlign w:val="center"/>
          </w:tcPr>
          <w:p w14:paraId="573226FE" w14:textId="77777777" w:rsidR="00803B09" w:rsidRPr="00260F73" w:rsidRDefault="00803B09" w:rsidP="002E140B">
            <w:r w:rsidRPr="00260F73">
              <w:rPr>
                <w:b/>
                <w:bCs/>
              </w:rPr>
              <w:t>Sub Specialty (where applicable</w:t>
            </w:r>
          </w:p>
        </w:tc>
        <w:sdt>
          <w:sdtPr>
            <w:id w:val="-2033248379"/>
            <w:placeholder>
              <w:docPart w:val="54E8DD1E3A95456AB4023BEEF331E9F5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3A0EBD5C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0C872D35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5F3478FD" w14:textId="77777777" w:rsidR="00803B09" w:rsidRPr="00260F73" w:rsidRDefault="00803B09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-1953466484"/>
            <w:placeholder>
              <w:docPart w:val="5B17DD13E10144A1A1A27D57676D7587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7B126A5B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379AFDC3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DDFF61" w14:textId="2B3E5536" w:rsidR="00803B09" w:rsidRPr="00260F73" w:rsidRDefault="00803B09" w:rsidP="002E140B"/>
        </w:tc>
      </w:tr>
    </w:tbl>
    <w:p w14:paraId="51E3B3AB" w14:textId="77777777" w:rsidR="00803B09" w:rsidRDefault="00803B09">
      <w:pPr>
        <w:pStyle w:val="Heading1"/>
      </w:pPr>
    </w:p>
    <w:p w14:paraId="208660C2" w14:textId="77777777" w:rsidR="00803B09" w:rsidRDefault="00803B09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7947B8A" w14:textId="277076B2" w:rsidR="00214ECC" w:rsidRPr="00260F73" w:rsidRDefault="007C3707">
      <w:pPr>
        <w:pStyle w:val="Heading1"/>
      </w:pPr>
      <w:r w:rsidRPr="00260F73">
        <w:lastRenderedPageBreak/>
        <w:t>A</w:t>
      </w:r>
      <w:r w:rsidR="003729FB" w:rsidRPr="00260F73">
        <w:t>udit &amp; Quality Improvement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8525FA" w:rsidRPr="00260F73" w14:paraId="1AC9EFE7" w14:textId="77777777" w:rsidTr="0019370D">
        <w:tc>
          <w:tcPr>
            <w:tcW w:w="9350" w:type="dxa"/>
            <w:gridSpan w:val="2"/>
          </w:tcPr>
          <w:p w14:paraId="4B30661B" w14:textId="5302265F" w:rsidR="008525FA" w:rsidRPr="00260F73" w:rsidRDefault="008525FA" w:rsidP="002D7D98">
            <w:r w:rsidRPr="00260F73">
              <w:rPr>
                <w:b/>
                <w:bCs/>
              </w:rPr>
              <w:t>Project Title</w:t>
            </w:r>
            <w:r w:rsidR="00CD745A" w:rsidRPr="00260F73">
              <w:rPr>
                <w:b/>
                <w:bCs/>
              </w:rPr>
              <w:t>:</w:t>
            </w:r>
            <w:r w:rsidR="00A0792E" w:rsidRPr="00260F73">
              <w:rPr>
                <w:b/>
                <w:bCs/>
              </w:rPr>
              <w:t xml:space="preserve"> </w:t>
            </w:r>
            <w:r w:rsidR="00A0792E" w:rsidRPr="00260F73">
              <w:rPr>
                <w:b/>
                <w:bCs/>
              </w:rPr>
              <w:tab/>
            </w:r>
            <w:r w:rsidR="00A0792E" w:rsidRPr="00260F73">
              <w:rPr>
                <w:b/>
                <w:bCs/>
              </w:rPr>
              <w:tab/>
            </w:r>
            <w:r w:rsidR="00A0792E"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871966618"/>
                <w:placeholder>
                  <w:docPart w:val="C6C5AA04D5744E5397F5B4C02E599FEC"/>
                </w:placeholder>
                <w:showingPlcHdr/>
              </w:sdtPr>
              <w:sdtEndPr/>
              <w:sdtContent>
                <w:r w:rsidR="00CD745A"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525FA" w:rsidRPr="00260F73" w14:paraId="176303B5" w14:textId="77777777" w:rsidTr="00A0792E">
        <w:tc>
          <w:tcPr>
            <w:tcW w:w="2830" w:type="dxa"/>
            <w:vAlign w:val="center"/>
          </w:tcPr>
          <w:p w14:paraId="50053F71" w14:textId="65A68AAE" w:rsidR="008525FA" w:rsidRPr="00260F73" w:rsidRDefault="00CD745A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766196237"/>
            <w:placeholder>
              <w:docPart w:val="657845195F10471BB191FDF6254F450F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745FB9AC" w14:textId="2D45EB78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:rsidRPr="00260F73" w14:paraId="0F3FFF85" w14:textId="77777777" w:rsidTr="00A0792E">
        <w:tc>
          <w:tcPr>
            <w:tcW w:w="2830" w:type="dxa"/>
            <w:vAlign w:val="center"/>
          </w:tcPr>
          <w:p w14:paraId="4C91F2EC" w14:textId="6D80818A" w:rsidR="008525FA" w:rsidRPr="00260F73" w:rsidRDefault="00CD745A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6211C1B" w14:textId="0510C58D" w:rsidR="008525FA" w:rsidRPr="00260F73" w:rsidRDefault="00CD745A" w:rsidP="002D7D98">
            <w:r w:rsidRPr="00260F73">
              <w:t xml:space="preserve">Yes </w:t>
            </w:r>
            <w:sdt>
              <w:sdtPr>
                <w:id w:val="2090497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303281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1465389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3C6DB542" w14:textId="77777777" w:rsidTr="00A0792E">
        <w:tc>
          <w:tcPr>
            <w:tcW w:w="2830" w:type="dxa"/>
            <w:vAlign w:val="center"/>
          </w:tcPr>
          <w:p w14:paraId="3B040F6A" w14:textId="721E8324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-1609892518"/>
            <w:placeholder>
              <w:docPart w:val="4261ABEBA6024587BD9BFFA89B86CBA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25D02023" w14:textId="60E95C39" w:rsidR="00CD745A" w:rsidRPr="00260F73" w:rsidRDefault="00CD745A" w:rsidP="002D7D98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:rsidRPr="00260F73" w14:paraId="46F6B3E4" w14:textId="77777777" w:rsidTr="00A0792E">
        <w:tc>
          <w:tcPr>
            <w:tcW w:w="2830" w:type="dxa"/>
            <w:vAlign w:val="center"/>
          </w:tcPr>
          <w:p w14:paraId="6ABC61BA" w14:textId="05A981FC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-1212185724"/>
            <w:placeholder>
              <w:docPart w:val="ECE4C47E07C843CCA2D7255597D077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57FE0445" w14:textId="66AEC1FD" w:rsidR="00CD745A" w:rsidRPr="00260F73" w:rsidRDefault="00CD745A" w:rsidP="002D7D98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525FA" w:rsidRPr="00260F73" w14:paraId="65E572C5" w14:textId="77777777" w:rsidTr="00A0792E">
        <w:tc>
          <w:tcPr>
            <w:tcW w:w="2830" w:type="dxa"/>
            <w:vAlign w:val="center"/>
          </w:tcPr>
          <w:p w14:paraId="098C6AF8" w14:textId="77777777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253A3E46" w14:textId="77777777" w:rsidR="008525FA" w:rsidRPr="00260F73" w:rsidRDefault="008525FA" w:rsidP="00CD745A"/>
        </w:tc>
        <w:sdt>
          <w:sdtPr>
            <w:id w:val="-2029861939"/>
            <w:placeholder>
              <w:docPart w:val="9444CF760006459A89EF2B7CE3AFF2D1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4673DCAB" w14:textId="7BD41298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:rsidRPr="00260F73" w14:paraId="510BFC14" w14:textId="77777777" w:rsidTr="00A0792E">
        <w:tc>
          <w:tcPr>
            <w:tcW w:w="2830" w:type="dxa"/>
            <w:vAlign w:val="center"/>
          </w:tcPr>
          <w:p w14:paraId="53BD32ED" w14:textId="77777777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2E70E9ED" w14:textId="77777777" w:rsidR="008525FA" w:rsidRPr="00260F73" w:rsidRDefault="008525FA" w:rsidP="00CD745A"/>
        </w:tc>
        <w:sdt>
          <w:sdtPr>
            <w:id w:val="-719363920"/>
            <w:placeholder>
              <w:docPart w:val="A451D5A1F2414B9AB219F05CFB3EC45E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3CCAF454" w14:textId="4840209E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:rsidRPr="00260F73" w14:paraId="39BC37AF" w14:textId="77777777" w:rsidTr="00A0792E">
        <w:tc>
          <w:tcPr>
            <w:tcW w:w="2830" w:type="dxa"/>
            <w:vAlign w:val="center"/>
          </w:tcPr>
          <w:p w14:paraId="53D262A2" w14:textId="3E26B4B9" w:rsidR="008525FA" w:rsidRPr="00260F73" w:rsidRDefault="00CD745A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912965953"/>
            <w:placeholder>
              <w:docPart w:val="E58E1C4CC73644419B96786849CD0414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491EB2BF" w14:textId="28F05A7B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07F36634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7F4CCE51" w14:textId="1AFEBF49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4093FA3A" w14:textId="50DD70BB" w:rsidR="00CD745A" w:rsidRPr="00260F73" w:rsidRDefault="00CD745A" w:rsidP="002D7D98">
            <w:r w:rsidRPr="00260F73">
              <w:t xml:space="preserve">Yes </w:t>
            </w:r>
            <w:sdt>
              <w:sdtPr>
                <w:id w:val="-174155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842779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52CA7D1C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ED39AD" w14:textId="395BA06E" w:rsidR="00CD745A" w:rsidRPr="00260F73" w:rsidRDefault="00CD745A" w:rsidP="002D7D98"/>
        </w:tc>
      </w:tr>
      <w:tr w:rsidR="003713D2" w:rsidRPr="00260F73" w14:paraId="7FD5D7F1" w14:textId="77777777" w:rsidTr="0019370D">
        <w:tc>
          <w:tcPr>
            <w:tcW w:w="9350" w:type="dxa"/>
            <w:gridSpan w:val="2"/>
          </w:tcPr>
          <w:p w14:paraId="7A8FF5CE" w14:textId="482A7C1C" w:rsidR="003713D2" w:rsidRPr="00260F73" w:rsidRDefault="003713D2" w:rsidP="002D7D9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433701423"/>
                <w:placeholder>
                  <w:docPart w:val="D90A19DFEA52488BB99915162C93968C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713D2" w:rsidRPr="00260F73" w14:paraId="16B7DFA9" w14:textId="77777777" w:rsidTr="00A0792E">
        <w:tc>
          <w:tcPr>
            <w:tcW w:w="2830" w:type="dxa"/>
            <w:vAlign w:val="center"/>
          </w:tcPr>
          <w:p w14:paraId="49CA3F59" w14:textId="77777777" w:rsidR="003713D2" w:rsidRPr="00260F73" w:rsidRDefault="003713D2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1325551126"/>
            <w:placeholder>
              <w:docPart w:val="521563FD68FD43D5BA165673FF6D1378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6EED0A7A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09C2E69A" w14:textId="77777777" w:rsidTr="00A0792E">
        <w:tc>
          <w:tcPr>
            <w:tcW w:w="2830" w:type="dxa"/>
            <w:vAlign w:val="center"/>
          </w:tcPr>
          <w:p w14:paraId="270C1B41" w14:textId="77777777" w:rsidR="003713D2" w:rsidRPr="00260F73" w:rsidRDefault="003713D2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67E63AF" w14:textId="77777777" w:rsidR="003713D2" w:rsidRPr="00260F73" w:rsidRDefault="003713D2" w:rsidP="002D7D98">
            <w:r w:rsidRPr="00260F73">
              <w:t xml:space="preserve">Yes </w:t>
            </w:r>
            <w:sdt>
              <w:sdtPr>
                <w:id w:val="-114757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683555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305596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4BFF7EBF" w14:textId="77777777" w:rsidTr="00A0792E">
        <w:tc>
          <w:tcPr>
            <w:tcW w:w="2830" w:type="dxa"/>
            <w:vAlign w:val="center"/>
          </w:tcPr>
          <w:p w14:paraId="15155400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643635738"/>
            <w:placeholder>
              <w:docPart w:val="AE408CFFC6BA4AA5A655C4CB9E8D33B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6E44445C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713D2" w:rsidRPr="00260F73" w14:paraId="0535368D" w14:textId="77777777" w:rsidTr="00A0792E">
        <w:tc>
          <w:tcPr>
            <w:tcW w:w="2830" w:type="dxa"/>
            <w:vAlign w:val="center"/>
          </w:tcPr>
          <w:p w14:paraId="23AE5302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-1441984824"/>
            <w:placeholder>
              <w:docPart w:val="77C883E787A7487E8AC9A2460D0D612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71B34399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713D2" w:rsidRPr="00260F73" w14:paraId="3D0ACDE4" w14:textId="77777777" w:rsidTr="00A0792E">
        <w:tc>
          <w:tcPr>
            <w:tcW w:w="2830" w:type="dxa"/>
            <w:vAlign w:val="center"/>
          </w:tcPr>
          <w:p w14:paraId="657A7D56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27273C56" w14:textId="77777777" w:rsidR="003713D2" w:rsidRPr="00260F73" w:rsidRDefault="003713D2" w:rsidP="00CD745A"/>
        </w:tc>
        <w:sdt>
          <w:sdtPr>
            <w:id w:val="1649172040"/>
            <w:placeholder>
              <w:docPart w:val="EDFABB6305204921AB41714CDBEF1F2C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27427EE5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1D92BE2C" w14:textId="77777777" w:rsidTr="00A0792E">
        <w:tc>
          <w:tcPr>
            <w:tcW w:w="2830" w:type="dxa"/>
            <w:vAlign w:val="center"/>
          </w:tcPr>
          <w:p w14:paraId="62896E3B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4D56B56F" w14:textId="77777777" w:rsidR="003713D2" w:rsidRPr="00260F73" w:rsidRDefault="003713D2" w:rsidP="00CD745A"/>
        </w:tc>
        <w:sdt>
          <w:sdtPr>
            <w:id w:val="1017587781"/>
            <w:placeholder>
              <w:docPart w:val="39948876AF22424CB7ED2F5AF92F9C43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127B41A9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047F9E21" w14:textId="77777777" w:rsidTr="00A0792E">
        <w:tc>
          <w:tcPr>
            <w:tcW w:w="2830" w:type="dxa"/>
            <w:vAlign w:val="center"/>
          </w:tcPr>
          <w:p w14:paraId="2196664B" w14:textId="77777777" w:rsidR="003713D2" w:rsidRPr="00260F73" w:rsidRDefault="003713D2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630144458"/>
            <w:placeholder>
              <w:docPart w:val="4EEA29DA30454295831DD7CCFD08932C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21DF0997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4C98AF3D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2EE21B46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333D2A9E" w14:textId="77777777" w:rsidR="003713D2" w:rsidRPr="00260F73" w:rsidRDefault="003713D2" w:rsidP="002D7D98">
            <w:r w:rsidRPr="00260F73">
              <w:t xml:space="preserve">Yes </w:t>
            </w:r>
            <w:sdt>
              <w:sdtPr>
                <w:id w:val="-1299525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431714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226E0EB6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8787B6" w14:textId="53CBAFF7" w:rsidR="003713D2" w:rsidRPr="00260F73" w:rsidRDefault="003713D2" w:rsidP="002D7D98"/>
        </w:tc>
      </w:tr>
      <w:tr w:rsidR="00803B09" w:rsidRPr="00260F73" w14:paraId="1232EFCD" w14:textId="77777777" w:rsidTr="0019370D">
        <w:tc>
          <w:tcPr>
            <w:tcW w:w="9350" w:type="dxa"/>
            <w:gridSpan w:val="2"/>
          </w:tcPr>
          <w:p w14:paraId="2E2D12B2" w14:textId="0EB4F9BF" w:rsidR="00803B09" w:rsidRPr="00260F73" w:rsidRDefault="00803B09" w:rsidP="002D7D9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781996703"/>
                <w:placeholder>
                  <w:docPart w:val="3D46852F4EB54366A88FA1AD3D7E25D2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03B09" w:rsidRPr="00260F73" w14:paraId="5CC595A6" w14:textId="77777777" w:rsidTr="00A0792E">
        <w:tc>
          <w:tcPr>
            <w:tcW w:w="2830" w:type="dxa"/>
            <w:vAlign w:val="center"/>
          </w:tcPr>
          <w:p w14:paraId="47263EFC" w14:textId="77777777" w:rsidR="00803B09" w:rsidRPr="00260F73" w:rsidRDefault="00803B09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1209999241"/>
            <w:placeholder>
              <w:docPart w:val="0A39F2E94444470481D8ECC2630F50F6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214B31E3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3401F986" w14:textId="77777777" w:rsidTr="00A0792E">
        <w:tc>
          <w:tcPr>
            <w:tcW w:w="2830" w:type="dxa"/>
            <w:vAlign w:val="center"/>
          </w:tcPr>
          <w:p w14:paraId="230AE663" w14:textId="77777777" w:rsidR="00803B09" w:rsidRPr="00260F73" w:rsidRDefault="00803B09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743518B6" w14:textId="77777777" w:rsidR="00803B09" w:rsidRPr="00260F73" w:rsidRDefault="00803B09" w:rsidP="002D7D98">
            <w:r w:rsidRPr="00260F73">
              <w:t xml:space="preserve">Yes </w:t>
            </w:r>
            <w:sdt>
              <w:sdtPr>
                <w:id w:val="597760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642547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887531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03B09" w:rsidRPr="00260F73" w14:paraId="79AFA01D" w14:textId="77777777" w:rsidTr="00A0792E">
        <w:tc>
          <w:tcPr>
            <w:tcW w:w="2830" w:type="dxa"/>
            <w:vAlign w:val="center"/>
          </w:tcPr>
          <w:p w14:paraId="4ACE69D0" w14:textId="77777777" w:rsidR="00803B09" w:rsidRPr="00260F73" w:rsidRDefault="00803B09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936723301"/>
            <w:placeholder>
              <w:docPart w:val="12D44D2BB20A4CEC8C5B50657B0834B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6BBE2C1F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03B09" w:rsidRPr="00260F73" w14:paraId="48C10109" w14:textId="77777777" w:rsidTr="00A0792E">
        <w:tc>
          <w:tcPr>
            <w:tcW w:w="2830" w:type="dxa"/>
            <w:vAlign w:val="center"/>
          </w:tcPr>
          <w:p w14:paraId="619E664E" w14:textId="77777777" w:rsidR="00803B09" w:rsidRPr="00260F73" w:rsidRDefault="00803B09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-796223934"/>
            <w:placeholder>
              <w:docPart w:val="EDFCEFBE4D90455A8907A8B718905AB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14C79C39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03B09" w:rsidRPr="00260F73" w14:paraId="4F0CFF9D" w14:textId="77777777" w:rsidTr="00A0792E">
        <w:tc>
          <w:tcPr>
            <w:tcW w:w="2830" w:type="dxa"/>
            <w:vAlign w:val="center"/>
          </w:tcPr>
          <w:p w14:paraId="2F51974E" w14:textId="77777777" w:rsidR="00803B09" w:rsidRPr="00260F73" w:rsidRDefault="00803B09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6826476D" w14:textId="77777777" w:rsidR="00803B09" w:rsidRPr="00260F73" w:rsidRDefault="00803B09" w:rsidP="00CD745A"/>
        </w:tc>
        <w:sdt>
          <w:sdtPr>
            <w:id w:val="-825739171"/>
            <w:placeholder>
              <w:docPart w:val="2BCAE862AB254C36A328027BEFD75C80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1F8F145D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16FA7C53" w14:textId="77777777" w:rsidTr="00A0792E">
        <w:tc>
          <w:tcPr>
            <w:tcW w:w="2830" w:type="dxa"/>
            <w:vAlign w:val="center"/>
          </w:tcPr>
          <w:p w14:paraId="40B6FCFB" w14:textId="77777777" w:rsidR="00803B09" w:rsidRPr="00260F73" w:rsidRDefault="00803B09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lastRenderedPageBreak/>
              <w:t>What was the measurable impact?</w:t>
            </w:r>
          </w:p>
          <w:p w14:paraId="471405F2" w14:textId="77777777" w:rsidR="00803B09" w:rsidRPr="00260F73" w:rsidRDefault="00803B09" w:rsidP="00CD745A"/>
        </w:tc>
        <w:sdt>
          <w:sdtPr>
            <w:id w:val="-1979904625"/>
            <w:placeholder>
              <w:docPart w:val="B1120C6C053E4C1FA2A1102DC6207729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6634E9CE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78C35AE8" w14:textId="77777777" w:rsidTr="00A0792E">
        <w:tc>
          <w:tcPr>
            <w:tcW w:w="2830" w:type="dxa"/>
            <w:vAlign w:val="center"/>
          </w:tcPr>
          <w:p w14:paraId="228032A1" w14:textId="77777777" w:rsidR="00803B09" w:rsidRPr="00260F73" w:rsidRDefault="00803B09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-2078735964"/>
            <w:placeholder>
              <w:docPart w:val="E08D02402B2A4D5CB3C17F6EBAF462D5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2B22FFFD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016ABD64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798379DA" w14:textId="77777777" w:rsidR="00803B09" w:rsidRPr="00260F73" w:rsidRDefault="00803B09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43E69EE6" w14:textId="77777777" w:rsidR="00803B09" w:rsidRPr="00260F73" w:rsidRDefault="00803B09" w:rsidP="002D7D98">
            <w:r w:rsidRPr="00260F73">
              <w:t xml:space="preserve">Yes </w:t>
            </w:r>
            <w:sdt>
              <w:sdtPr>
                <w:id w:val="858861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109473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03B09" w:rsidRPr="00260F73" w14:paraId="7F60336D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F06504" w14:textId="0CF42ED3" w:rsidR="00803B09" w:rsidRPr="00260F73" w:rsidRDefault="00803B09" w:rsidP="002D7D98"/>
        </w:tc>
      </w:tr>
      <w:tr w:rsidR="00803B09" w:rsidRPr="00260F73" w14:paraId="32B81625" w14:textId="77777777" w:rsidTr="0019370D">
        <w:tc>
          <w:tcPr>
            <w:tcW w:w="9350" w:type="dxa"/>
            <w:gridSpan w:val="2"/>
          </w:tcPr>
          <w:p w14:paraId="66645906" w14:textId="523DCD1E" w:rsidR="00803B09" w:rsidRPr="00260F73" w:rsidRDefault="00803B09" w:rsidP="002D7D9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1710020426"/>
                <w:placeholder>
                  <w:docPart w:val="787DF5C75CBD4D718AD1D5F0ED1C511C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03B09" w:rsidRPr="00260F73" w14:paraId="64C93FBD" w14:textId="77777777" w:rsidTr="00A0792E">
        <w:tc>
          <w:tcPr>
            <w:tcW w:w="2830" w:type="dxa"/>
            <w:vAlign w:val="center"/>
          </w:tcPr>
          <w:p w14:paraId="5B36508C" w14:textId="77777777" w:rsidR="00803B09" w:rsidRPr="00260F73" w:rsidRDefault="00803B09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702753443"/>
            <w:placeholder>
              <w:docPart w:val="324CAC1B952D47F28053E399F31355DE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4DBCF329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4EB1680D" w14:textId="77777777" w:rsidTr="00A0792E">
        <w:tc>
          <w:tcPr>
            <w:tcW w:w="2830" w:type="dxa"/>
            <w:vAlign w:val="center"/>
          </w:tcPr>
          <w:p w14:paraId="179F1951" w14:textId="77777777" w:rsidR="00803B09" w:rsidRPr="00260F73" w:rsidRDefault="00803B09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4D9B023B" w14:textId="77777777" w:rsidR="00803B09" w:rsidRPr="00260F73" w:rsidRDefault="00803B09" w:rsidP="002D7D98">
            <w:r w:rsidRPr="00260F73">
              <w:t xml:space="preserve">Yes </w:t>
            </w:r>
            <w:sdt>
              <w:sdtPr>
                <w:id w:val="5949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761341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1227109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03B09" w:rsidRPr="00260F73" w14:paraId="20538B40" w14:textId="77777777" w:rsidTr="00A0792E">
        <w:tc>
          <w:tcPr>
            <w:tcW w:w="2830" w:type="dxa"/>
            <w:vAlign w:val="center"/>
          </w:tcPr>
          <w:p w14:paraId="06F193AB" w14:textId="77777777" w:rsidR="00803B09" w:rsidRPr="00260F73" w:rsidRDefault="00803B09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-829056982"/>
            <w:placeholder>
              <w:docPart w:val="78AC48042465492EA453428BC9DEBA96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7CBAAB88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03B09" w:rsidRPr="00260F73" w14:paraId="47778555" w14:textId="77777777" w:rsidTr="00A0792E">
        <w:tc>
          <w:tcPr>
            <w:tcW w:w="2830" w:type="dxa"/>
            <w:vAlign w:val="center"/>
          </w:tcPr>
          <w:p w14:paraId="4011E00E" w14:textId="77777777" w:rsidR="00803B09" w:rsidRPr="00260F73" w:rsidRDefault="00803B09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-338079570"/>
            <w:placeholder>
              <w:docPart w:val="B3F5B1F03C244AAF8FA2C7ADEE28458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08CD4FB5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03B09" w:rsidRPr="00260F73" w14:paraId="2D408970" w14:textId="77777777" w:rsidTr="00A0792E">
        <w:tc>
          <w:tcPr>
            <w:tcW w:w="2830" w:type="dxa"/>
            <w:vAlign w:val="center"/>
          </w:tcPr>
          <w:p w14:paraId="4F42D8A8" w14:textId="77777777" w:rsidR="00803B09" w:rsidRPr="00260F73" w:rsidRDefault="00803B09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527E8982" w14:textId="77777777" w:rsidR="00803B09" w:rsidRPr="00260F73" w:rsidRDefault="00803B09" w:rsidP="00CD745A"/>
        </w:tc>
        <w:sdt>
          <w:sdtPr>
            <w:id w:val="1835105962"/>
            <w:placeholder>
              <w:docPart w:val="18DA76CA71284FC0B6B8797F4F32DBB3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5B6E3051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64A031F4" w14:textId="77777777" w:rsidTr="00A0792E">
        <w:tc>
          <w:tcPr>
            <w:tcW w:w="2830" w:type="dxa"/>
            <w:vAlign w:val="center"/>
          </w:tcPr>
          <w:p w14:paraId="1FE56AC0" w14:textId="77777777" w:rsidR="00803B09" w:rsidRPr="00260F73" w:rsidRDefault="00803B09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3F3D1227" w14:textId="77777777" w:rsidR="00803B09" w:rsidRPr="00260F73" w:rsidRDefault="00803B09" w:rsidP="00CD745A"/>
        </w:tc>
        <w:sdt>
          <w:sdtPr>
            <w:id w:val="-1955002492"/>
            <w:placeholder>
              <w:docPart w:val="72F48C8A222F44259719ACE92C8B262C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24EE4A2C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36F71B26" w14:textId="77777777" w:rsidTr="00A0792E">
        <w:tc>
          <w:tcPr>
            <w:tcW w:w="2830" w:type="dxa"/>
            <w:vAlign w:val="center"/>
          </w:tcPr>
          <w:p w14:paraId="70A951C7" w14:textId="77777777" w:rsidR="00803B09" w:rsidRPr="00260F73" w:rsidRDefault="00803B09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-1922550002"/>
            <w:placeholder>
              <w:docPart w:val="1D3A88B63CCE44F2BFE6CC98E03FFC5E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2AB32DF7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26DEB23E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40D9400B" w14:textId="77777777" w:rsidR="00803B09" w:rsidRPr="00260F73" w:rsidRDefault="00803B09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697ACB86" w14:textId="77777777" w:rsidR="00803B09" w:rsidRPr="00260F73" w:rsidRDefault="00803B09" w:rsidP="002D7D98">
            <w:r w:rsidRPr="00260F73">
              <w:t xml:space="preserve">Yes </w:t>
            </w:r>
            <w:sdt>
              <w:sdtPr>
                <w:id w:val="1701357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203477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03B09" w:rsidRPr="00260F73" w14:paraId="73550A69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68B0D7" w14:textId="5D9C5A37" w:rsidR="00803B09" w:rsidRPr="00260F73" w:rsidRDefault="00803B09" w:rsidP="002D7D98"/>
        </w:tc>
      </w:tr>
      <w:tr w:rsidR="00803B09" w:rsidRPr="00260F73" w14:paraId="50DC14EE" w14:textId="77777777" w:rsidTr="0019370D">
        <w:tc>
          <w:tcPr>
            <w:tcW w:w="9350" w:type="dxa"/>
            <w:gridSpan w:val="2"/>
          </w:tcPr>
          <w:p w14:paraId="72520D7B" w14:textId="4F65ACEA" w:rsidR="00803B09" w:rsidRPr="00260F73" w:rsidRDefault="00803B09" w:rsidP="002D7D9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6646445"/>
                <w:placeholder>
                  <w:docPart w:val="5B552DC16F7840B3A15330A2571DF49F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03B09" w:rsidRPr="00260F73" w14:paraId="07DDEB85" w14:textId="77777777" w:rsidTr="00A0792E">
        <w:tc>
          <w:tcPr>
            <w:tcW w:w="2830" w:type="dxa"/>
            <w:vAlign w:val="center"/>
          </w:tcPr>
          <w:p w14:paraId="261BC202" w14:textId="77777777" w:rsidR="00803B09" w:rsidRPr="00260F73" w:rsidRDefault="00803B09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-776561356"/>
            <w:placeholder>
              <w:docPart w:val="8464A235278847C29E9E062DA8DEEBA0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11EE8E83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7BF4FC25" w14:textId="77777777" w:rsidTr="00A0792E">
        <w:tc>
          <w:tcPr>
            <w:tcW w:w="2830" w:type="dxa"/>
            <w:vAlign w:val="center"/>
          </w:tcPr>
          <w:p w14:paraId="67A0FC12" w14:textId="77777777" w:rsidR="00803B09" w:rsidRPr="00260F73" w:rsidRDefault="00803B09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25F32591" w14:textId="77777777" w:rsidR="00803B09" w:rsidRPr="00260F73" w:rsidRDefault="00803B09" w:rsidP="002D7D98">
            <w:r w:rsidRPr="00260F73">
              <w:t xml:space="preserve">Yes </w:t>
            </w:r>
            <w:sdt>
              <w:sdtPr>
                <w:id w:val="694731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913573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2080630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03B09" w:rsidRPr="00260F73" w14:paraId="4DD12DB4" w14:textId="77777777" w:rsidTr="00A0792E">
        <w:tc>
          <w:tcPr>
            <w:tcW w:w="2830" w:type="dxa"/>
            <w:vAlign w:val="center"/>
          </w:tcPr>
          <w:p w14:paraId="007A1ACB" w14:textId="77777777" w:rsidR="00803B09" w:rsidRPr="00260F73" w:rsidRDefault="00803B09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1176771058"/>
            <w:placeholder>
              <w:docPart w:val="FC6E0F12D6304C5CA1EFBEAEA6D3192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6762A141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03B09" w:rsidRPr="00260F73" w14:paraId="3E641F8B" w14:textId="77777777" w:rsidTr="00A0792E">
        <w:tc>
          <w:tcPr>
            <w:tcW w:w="2830" w:type="dxa"/>
            <w:vAlign w:val="center"/>
          </w:tcPr>
          <w:p w14:paraId="6CD337B1" w14:textId="77777777" w:rsidR="00803B09" w:rsidRPr="00260F73" w:rsidRDefault="00803B09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-1623520511"/>
            <w:placeholder>
              <w:docPart w:val="F4A805E283B2483F91E98CB3A0A13862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7E0C7151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03B09" w:rsidRPr="00260F73" w14:paraId="785D4936" w14:textId="77777777" w:rsidTr="00A0792E">
        <w:tc>
          <w:tcPr>
            <w:tcW w:w="2830" w:type="dxa"/>
            <w:vAlign w:val="center"/>
          </w:tcPr>
          <w:p w14:paraId="221AFFB9" w14:textId="77777777" w:rsidR="00803B09" w:rsidRPr="00260F73" w:rsidRDefault="00803B09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00D12916" w14:textId="77777777" w:rsidR="00803B09" w:rsidRPr="00260F73" w:rsidRDefault="00803B09" w:rsidP="00CD745A"/>
        </w:tc>
        <w:sdt>
          <w:sdtPr>
            <w:id w:val="1688096545"/>
            <w:placeholder>
              <w:docPart w:val="BD1E015BD7034EDDBF76193EE8AD7470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7321F267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1D8FDDD1" w14:textId="77777777" w:rsidTr="00A0792E">
        <w:tc>
          <w:tcPr>
            <w:tcW w:w="2830" w:type="dxa"/>
            <w:vAlign w:val="center"/>
          </w:tcPr>
          <w:p w14:paraId="2DCE824C" w14:textId="77777777" w:rsidR="00803B09" w:rsidRPr="00260F73" w:rsidRDefault="00803B09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666963D1" w14:textId="77777777" w:rsidR="00803B09" w:rsidRPr="00260F73" w:rsidRDefault="00803B09" w:rsidP="00CD745A"/>
        </w:tc>
        <w:sdt>
          <w:sdtPr>
            <w:id w:val="-36444004"/>
            <w:placeholder>
              <w:docPart w:val="A9F6F625AA3A4A619343DE1D09F90D20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74272A54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597FEEDF" w14:textId="77777777" w:rsidTr="00A0792E">
        <w:tc>
          <w:tcPr>
            <w:tcW w:w="2830" w:type="dxa"/>
            <w:vAlign w:val="center"/>
          </w:tcPr>
          <w:p w14:paraId="333D53CC" w14:textId="77777777" w:rsidR="00803B09" w:rsidRPr="00260F73" w:rsidRDefault="00803B09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84350947"/>
            <w:placeholder>
              <w:docPart w:val="783AE95A03DD4F2EBDF59C9A3F9071D1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52C48DC7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2075FFA0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1BFBCA37" w14:textId="77777777" w:rsidR="00803B09" w:rsidRPr="00260F73" w:rsidRDefault="00803B09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2589545B" w14:textId="77777777" w:rsidR="00803B09" w:rsidRPr="00260F73" w:rsidRDefault="00803B09" w:rsidP="002D7D98">
            <w:r w:rsidRPr="00260F73">
              <w:t xml:space="preserve">Yes </w:t>
            </w:r>
            <w:sdt>
              <w:sdtPr>
                <w:id w:val="-1230076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329249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03B09" w:rsidRPr="00260F73" w14:paraId="48120751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DC6B6C" w14:textId="18781D20" w:rsidR="00803B09" w:rsidRPr="00260F73" w:rsidRDefault="00803B09" w:rsidP="002D7D98"/>
        </w:tc>
      </w:tr>
    </w:tbl>
    <w:p w14:paraId="4B13E1C0" w14:textId="77777777" w:rsidR="008525FA" w:rsidRPr="00260F73" w:rsidRDefault="008525FA" w:rsidP="002D7D98"/>
    <w:p w14:paraId="16155EEC" w14:textId="77777777" w:rsidR="00214ECC" w:rsidRPr="00260F73" w:rsidRDefault="003729FB">
      <w:pPr>
        <w:pStyle w:val="Heading1"/>
      </w:pPr>
      <w:r w:rsidRPr="00260F73">
        <w:lastRenderedPageBreak/>
        <w:t>Research &amp; Publications</w:t>
      </w:r>
    </w:p>
    <w:p w14:paraId="62DC2938" w14:textId="77777777" w:rsidR="000A5F58" w:rsidRPr="002D7D98" w:rsidRDefault="000A5F58" w:rsidP="000A5F58">
      <w:r>
        <w:t>Please list your top 4 Publications, Oral Presentations, Posters, Ongoing research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6627"/>
      </w:tblGrid>
      <w:tr w:rsidR="00CD745A" w:rsidRPr="00260F73" w14:paraId="6F75DC21" w14:textId="77777777" w:rsidTr="00695860">
        <w:tc>
          <w:tcPr>
            <w:tcW w:w="9350" w:type="dxa"/>
            <w:gridSpan w:val="2"/>
          </w:tcPr>
          <w:p w14:paraId="59BAD478" w14:textId="020950D7" w:rsidR="00CD745A" w:rsidRPr="00015574" w:rsidRDefault="000A5F58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Title of item</w:t>
            </w:r>
            <w:r w:rsidR="00CD745A" w:rsidRPr="00015574">
              <w:rPr>
                <w:rFonts w:cs="Calibri"/>
                <w:b/>
                <w:bCs/>
                <w:szCs w:val="24"/>
              </w:rPr>
              <w:t xml:space="preserve">: </w:t>
            </w:r>
            <w:r w:rsidR="00A0792E" w:rsidRPr="00015574">
              <w:rPr>
                <w:rFonts w:cs="Calibri"/>
                <w:b/>
                <w:bCs/>
                <w:szCs w:val="24"/>
              </w:rPr>
              <w:tab/>
            </w:r>
            <w:r w:rsidR="00A0792E"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-870296156"/>
                <w:placeholder>
                  <w:docPart w:val="CA4E4ABAE5DA465E97A6237A7809538C"/>
                </w:placeholder>
                <w:showingPlcHdr/>
              </w:sdtPr>
              <w:sdtEndPr/>
              <w:sdtContent>
                <w:r w:rsidR="00CD745A"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CD745A" w:rsidRPr="00260F73" w14:paraId="769739CE" w14:textId="77777777" w:rsidTr="00CD745A">
        <w:tc>
          <w:tcPr>
            <w:tcW w:w="2723" w:type="dxa"/>
            <w:vAlign w:val="center"/>
          </w:tcPr>
          <w:p w14:paraId="178AC458" w14:textId="5D1CCCAF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587663669"/>
            <w:placeholder>
              <w:docPart w:val="156AE4FD73954CA688AAE317B321396B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19B1C3D" w14:textId="3D84B998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15DA0842" w14:textId="77777777" w:rsidTr="00CD745A">
        <w:tc>
          <w:tcPr>
            <w:tcW w:w="2723" w:type="dxa"/>
            <w:vAlign w:val="center"/>
          </w:tcPr>
          <w:p w14:paraId="22919863" w14:textId="34E53D17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2132510190"/>
            <w:placeholder>
              <w:docPart w:val="6D5A277E4DAE4119840AF2E2D970FC5F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68FCDE1" w14:textId="3348A058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5D715A34" w14:textId="77777777" w:rsidTr="00CD745A">
        <w:tc>
          <w:tcPr>
            <w:tcW w:w="2723" w:type="dxa"/>
            <w:vAlign w:val="center"/>
          </w:tcPr>
          <w:p w14:paraId="687B8572" w14:textId="210F1637" w:rsidR="00CD745A" w:rsidRPr="00446759" w:rsidRDefault="00CD745A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DOI link </w:t>
            </w:r>
            <w:r w:rsidR="00015574" w:rsidRPr="00015574">
              <w:rPr>
                <w:rFonts w:cs="Calibri"/>
                <w:b/>
                <w:bCs/>
                <w:szCs w:val="24"/>
              </w:rPr>
              <w:t>(</w:t>
            </w:r>
            <w:r w:rsidRPr="00015574">
              <w:rPr>
                <w:rFonts w:cs="Calibri"/>
                <w:b/>
                <w:bCs/>
                <w:szCs w:val="24"/>
              </w:rPr>
              <w:t>where applicable</w:t>
            </w:r>
            <w:r w:rsidR="00015574" w:rsidRPr="00015574">
              <w:rPr>
                <w:rFonts w:cs="Calibri"/>
                <w:b/>
                <w:bCs/>
                <w:szCs w:val="24"/>
              </w:rPr>
              <w:t>)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281088364"/>
            <w:placeholder>
              <w:docPart w:val="586FFECF142C4598987272C037E4807A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65BB4C77" w14:textId="59DC1FA6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7E170BE8" w14:textId="77777777" w:rsidTr="00CD745A">
        <w:tc>
          <w:tcPr>
            <w:tcW w:w="2723" w:type="dxa"/>
            <w:vAlign w:val="center"/>
          </w:tcPr>
          <w:p w14:paraId="609E6916" w14:textId="5AD3F0BB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1721250372"/>
            <w:placeholder>
              <w:docPart w:val="0FB6E5FECABF45829BB384A56029A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383255EC" w14:textId="595583B5" w:rsidR="00CD745A" w:rsidRPr="00260F73" w:rsidRDefault="00CD745A" w:rsidP="00C7253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:rsidRPr="00260F73" w14:paraId="5C2CDB46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4AF9FBD7" w14:textId="2CFFB4CF" w:rsidR="00CD745A" w:rsidRPr="00015574" w:rsidRDefault="00CD745A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33F3DA5" w14:textId="295D5213" w:rsidR="00CD745A" w:rsidRPr="00260F73" w:rsidRDefault="00CD745A" w:rsidP="00CD745A">
            <w:r w:rsidRPr="00260F73">
              <w:t xml:space="preserve">Yes </w:t>
            </w:r>
            <w:sdt>
              <w:sdtPr>
                <w:id w:val="-1816093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080904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5C942432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EF3430" w14:textId="77777777" w:rsidR="00CD745A" w:rsidRPr="00260F73" w:rsidRDefault="00CD745A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B1F1C1" w14:textId="6973305A" w:rsidR="00CD745A" w:rsidRPr="00260F73" w:rsidRDefault="00CD745A" w:rsidP="00CD745A"/>
        </w:tc>
      </w:tr>
      <w:tr w:rsidR="003713D2" w:rsidRPr="00260F73" w14:paraId="5A7BC055" w14:textId="77777777" w:rsidTr="00695860">
        <w:tc>
          <w:tcPr>
            <w:tcW w:w="9350" w:type="dxa"/>
            <w:gridSpan w:val="2"/>
          </w:tcPr>
          <w:p w14:paraId="08164C5A" w14:textId="60875D81" w:rsidR="003713D2" w:rsidRPr="00015574" w:rsidRDefault="003713D2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947045306"/>
                <w:placeholder>
                  <w:docPart w:val="2636CEBDA55446F2B898CE82D65A7F19"/>
                </w:placeholder>
                <w:showingPlcHdr/>
              </w:sdtPr>
              <w:sdtEndPr/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3713D2" w:rsidRPr="00260F73" w14:paraId="2145186D" w14:textId="77777777" w:rsidTr="00CD745A">
        <w:tc>
          <w:tcPr>
            <w:tcW w:w="2723" w:type="dxa"/>
            <w:vAlign w:val="center"/>
          </w:tcPr>
          <w:p w14:paraId="588E5A17" w14:textId="77777777" w:rsidR="003713D2" w:rsidRPr="00015574" w:rsidRDefault="003713D2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544719331"/>
            <w:placeholder>
              <w:docPart w:val="B1AD7A19AFD34107A93F340107E987C9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6822FCB2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43DB2023" w14:textId="77777777" w:rsidTr="00CD745A">
        <w:tc>
          <w:tcPr>
            <w:tcW w:w="2723" w:type="dxa"/>
            <w:vAlign w:val="center"/>
          </w:tcPr>
          <w:p w14:paraId="72C6C651" w14:textId="77777777" w:rsidR="003713D2" w:rsidRPr="00015574" w:rsidRDefault="003713D2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706710911"/>
            <w:placeholder>
              <w:docPart w:val="886A75EF89754CCCA94133C3ED148370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EB2FE85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6F06F30B" w14:textId="77777777" w:rsidTr="00CD745A">
        <w:tc>
          <w:tcPr>
            <w:tcW w:w="2723" w:type="dxa"/>
            <w:vAlign w:val="center"/>
          </w:tcPr>
          <w:p w14:paraId="486CC72A" w14:textId="77777777" w:rsidR="003713D2" w:rsidRPr="00446759" w:rsidRDefault="003713D2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012066124"/>
            <w:placeholder>
              <w:docPart w:val="5ED57F54BA834AB1B5607992871117D0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1021780B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65F6EF2A" w14:textId="77777777" w:rsidTr="00CD745A">
        <w:tc>
          <w:tcPr>
            <w:tcW w:w="2723" w:type="dxa"/>
            <w:vAlign w:val="center"/>
          </w:tcPr>
          <w:p w14:paraId="78A6DDE9" w14:textId="77777777" w:rsidR="003713D2" w:rsidRPr="00015574" w:rsidRDefault="003713D2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295063232"/>
            <w:placeholder>
              <w:docPart w:val="6DFABCABA0B9461DA7D3E68645D5FAB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349C29A8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713D2" w:rsidRPr="00260F73" w14:paraId="270147D2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2ED69CFE" w14:textId="77777777" w:rsidR="003713D2" w:rsidRPr="00015574" w:rsidRDefault="003713D2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A519656" w14:textId="77777777" w:rsidR="003713D2" w:rsidRPr="00260F73" w:rsidRDefault="003713D2" w:rsidP="00CD745A">
            <w:r w:rsidRPr="00260F73">
              <w:t xml:space="preserve">Yes </w:t>
            </w:r>
            <w:sdt>
              <w:sdtPr>
                <w:id w:val="-564799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728506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5C9E775F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2D1063" w14:textId="77777777" w:rsidR="003713D2" w:rsidRPr="00260F73" w:rsidRDefault="003713D2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DAA2A6" w14:textId="3145DEF6" w:rsidR="003713D2" w:rsidRPr="00260F73" w:rsidRDefault="003713D2" w:rsidP="00CD745A"/>
        </w:tc>
      </w:tr>
      <w:tr w:rsidR="00803B09" w:rsidRPr="00260F73" w14:paraId="65662FBF" w14:textId="77777777" w:rsidTr="00695860">
        <w:tc>
          <w:tcPr>
            <w:tcW w:w="9350" w:type="dxa"/>
            <w:gridSpan w:val="2"/>
          </w:tcPr>
          <w:p w14:paraId="3A8041B9" w14:textId="7228EE3B" w:rsidR="00803B09" w:rsidRPr="00015574" w:rsidRDefault="00803B09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965707509"/>
                <w:placeholder>
                  <w:docPart w:val="FA5B28ECC1F1458CA792FD81F32CB50B"/>
                </w:placeholder>
                <w:showingPlcHdr/>
              </w:sdtPr>
              <w:sdtEndPr/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803B09" w:rsidRPr="00260F73" w14:paraId="43684B06" w14:textId="77777777" w:rsidTr="00CD745A">
        <w:tc>
          <w:tcPr>
            <w:tcW w:w="2723" w:type="dxa"/>
            <w:vAlign w:val="center"/>
          </w:tcPr>
          <w:p w14:paraId="1C428E8D" w14:textId="77777777" w:rsidR="00803B09" w:rsidRPr="00015574" w:rsidRDefault="00803B09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760836450"/>
            <w:placeholder>
              <w:docPart w:val="9950594EF100444DB77C72C77CD6D830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0637ABC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33C078CD" w14:textId="77777777" w:rsidTr="00CD745A">
        <w:tc>
          <w:tcPr>
            <w:tcW w:w="2723" w:type="dxa"/>
            <w:vAlign w:val="center"/>
          </w:tcPr>
          <w:p w14:paraId="1312FF06" w14:textId="77777777" w:rsidR="00803B09" w:rsidRPr="00015574" w:rsidRDefault="00803B09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391268604"/>
            <w:placeholder>
              <w:docPart w:val="3A8055CE90DB4EAFB742D370A9DC3483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5ACE347D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139FB8B6" w14:textId="77777777" w:rsidTr="00CD745A">
        <w:tc>
          <w:tcPr>
            <w:tcW w:w="2723" w:type="dxa"/>
            <w:vAlign w:val="center"/>
          </w:tcPr>
          <w:p w14:paraId="79E71EB2" w14:textId="77777777" w:rsidR="00803B09" w:rsidRPr="00446759" w:rsidRDefault="00803B09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690419653"/>
            <w:placeholder>
              <w:docPart w:val="C51158EBF80E4E71BBC4F1C30DFF3081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329184C8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3B32AED9" w14:textId="77777777" w:rsidTr="00CD745A">
        <w:tc>
          <w:tcPr>
            <w:tcW w:w="2723" w:type="dxa"/>
            <w:vAlign w:val="center"/>
          </w:tcPr>
          <w:p w14:paraId="717DDF9A" w14:textId="77777777" w:rsidR="00803B09" w:rsidRPr="00015574" w:rsidRDefault="00803B09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184814801"/>
            <w:placeholder>
              <w:docPart w:val="4C6F52E791E94ACABC3FF9E7D47DC8E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04F80DB6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03B09" w:rsidRPr="00260F73" w14:paraId="4811CE6E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226A895C" w14:textId="77777777" w:rsidR="00803B09" w:rsidRPr="00015574" w:rsidRDefault="00803B09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6C244FAF" w14:textId="77777777" w:rsidR="00803B09" w:rsidRPr="00260F73" w:rsidRDefault="00803B09" w:rsidP="00CD745A">
            <w:r w:rsidRPr="00260F73">
              <w:t xml:space="preserve">Yes </w:t>
            </w:r>
            <w:sdt>
              <w:sdtPr>
                <w:id w:val="1316307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035462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03B09" w:rsidRPr="00260F73" w14:paraId="6059454C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29347D" w14:textId="77777777" w:rsidR="00803B09" w:rsidRPr="00260F73" w:rsidRDefault="00803B09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CF9A25" w14:textId="14CF5CD4" w:rsidR="00803B09" w:rsidRPr="00260F73" w:rsidRDefault="00803B09" w:rsidP="00CD745A"/>
        </w:tc>
      </w:tr>
      <w:tr w:rsidR="00803B09" w:rsidRPr="00260F73" w14:paraId="697DEF20" w14:textId="77777777" w:rsidTr="00695860">
        <w:tc>
          <w:tcPr>
            <w:tcW w:w="9350" w:type="dxa"/>
            <w:gridSpan w:val="2"/>
          </w:tcPr>
          <w:p w14:paraId="53792499" w14:textId="737EC18A" w:rsidR="00803B09" w:rsidRPr="00015574" w:rsidRDefault="00803B09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777990166"/>
                <w:placeholder>
                  <w:docPart w:val="8E724E38AE214B23BBA09C0C9E84047D"/>
                </w:placeholder>
                <w:showingPlcHdr/>
              </w:sdtPr>
              <w:sdtEndPr/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803B09" w:rsidRPr="00260F73" w14:paraId="06794A0A" w14:textId="77777777" w:rsidTr="00CD745A">
        <w:tc>
          <w:tcPr>
            <w:tcW w:w="2723" w:type="dxa"/>
            <w:vAlign w:val="center"/>
          </w:tcPr>
          <w:p w14:paraId="1F4B8DE5" w14:textId="77777777" w:rsidR="00803B09" w:rsidRPr="00015574" w:rsidRDefault="00803B09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245315426"/>
            <w:placeholder>
              <w:docPart w:val="7EA004EDBD3F40759C88381F22CC7B40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308F59EB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3CD29E7D" w14:textId="77777777" w:rsidTr="00CD745A">
        <w:tc>
          <w:tcPr>
            <w:tcW w:w="2723" w:type="dxa"/>
            <w:vAlign w:val="center"/>
          </w:tcPr>
          <w:p w14:paraId="761A27EA" w14:textId="77777777" w:rsidR="00803B09" w:rsidRPr="00015574" w:rsidRDefault="00803B09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101616063"/>
            <w:placeholder>
              <w:docPart w:val="8BC1623B7F9F4E1D9C984CCFB0DBCE6D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647A2462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4F99F9B8" w14:textId="77777777" w:rsidTr="00CD745A">
        <w:tc>
          <w:tcPr>
            <w:tcW w:w="2723" w:type="dxa"/>
            <w:vAlign w:val="center"/>
          </w:tcPr>
          <w:p w14:paraId="771707E9" w14:textId="77777777" w:rsidR="00803B09" w:rsidRPr="00446759" w:rsidRDefault="00803B09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lastRenderedPageBreak/>
              <w:t>DOI link (where applicable)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095938003"/>
            <w:placeholder>
              <w:docPart w:val="E93CF88BC8554885993A85A003834FC1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9976211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52740AA5" w14:textId="77777777" w:rsidTr="00CD745A">
        <w:tc>
          <w:tcPr>
            <w:tcW w:w="2723" w:type="dxa"/>
            <w:vAlign w:val="center"/>
          </w:tcPr>
          <w:p w14:paraId="610DF5FD" w14:textId="77777777" w:rsidR="00803B09" w:rsidRPr="00015574" w:rsidRDefault="00803B09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570167699"/>
            <w:placeholder>
              <w:docPart w:val="37C043BF26B842B492F61942CD10B5D2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6FA2C532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03B09" w:rsidRPr="00260F73" w14:paraId="61253BA9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48C942F8" w14:textId="77777777" w:rsidR="00803B09" w:rsidRPr="00015574" w:rsidRDefault="00803B09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6C1AF490" w14:textId="77777777" w:rsidR="00803B09" w:rsidRPr="00260F73" w:rsidRDefault="00803B09" w:rsidP="00CD745A">
            <w:r w:rsidRPr="00260F73">
              <w:t xml:space="preserve">Yes </w:t>
            </w:r>
            <w:sdt>
              <w:sdtPr>
                <w:id w:val="1956525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375887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03B09" w:rsidRPr="00260F73" w14:paraId="0DA60897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6EAC44" w14:textId="77777777" w:rsidR="00803B09" w:rsidRPr="00260F73" w:rsidRDefault="00803B09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D39FCA" w14:textId="1F5103BE" w:rsidR="00803B09" w:rsidRPr="00260F73" w:rsidRDefault="00803B09" w:rsidP="00CD745A"/>
        </w:tc>
      </w:tr>
    </w:tbl>
    <w:p w14:paraId="273BD1D1" w14:textId="77777777" w:rsidR="00803B09" w:rsidRDefault="00803B09">
      <w:pPr>
        <w:pStyle w:val="Heading1"/>
      </w:pPr>
    </w:p>
    <w:p w14:paraId="694D08E4" w14:textId="77777777" w:rsidR="00803B09" w:rsidRDefault="00803B09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01499F46" w14:textId="3CECF3AD" w:rsidR="00214ECC" w:rsidRPr="00260F73" w:rsidRDefault="003729FB">
      <w:pPr>
        <w:pStyle w:val="Heading1"/>
      </w:pPr>
      <w:r w:rsidRPr="00260F73">
        <w:lastRenderedPageBreak/>
        <w:t xml:space="preserve">Teaching </w:t>
      </w:r>
      <w:r w:rsidR="00015574">
        <w:t>e</w:t>
      </w:r>
      <w:r w:rsidRPr="00260F73">
        <w:t>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E9708F" w:rsidRPr="00260F73" w14:paraId="66F7ED9E" w14:textId="77777777" w:rsidTr="00A0792E">
        <w:tc>
          <w:tcPr>
            <w:tcW w:w="2689" w:type="dxa"/>
          </w:tcPr>
          <w:p w14:paraId="1ADD563F" w14:textId="15C223FA" w:rsidR="00E9708F" w:rsidRPr="00260F73" w:rsidRDefault="00E9708F">
            <w:r w:rsidRPr="00260F73">
              <w:rPr>
                <w:b/>
                <w:bCs/>
              </w:rPr>
              <w:t>Role</w:t>
            </w:r>
          </w:p>
        </w:tc>
        <w:sdt>
          <w:sdtPr>
            <w:id w:val="902106861"/>
            <w:placeholder>
              <w:docPart w:val="7041F98D97294F33B27DB409BE8E34F1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38426A61" w14:textId="6DC414F8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3B740C1B" w14:textId="77777777" w:rsidTr="00A0792E">
        <w:tc>
          <w:tcPr>
            <w:tcW w:w="2689" w:type="dxa"/>
          </w:tcPr>
          <w:p w14:paraId="5063B332" w14:textId="5483306F" w:rsidR="00E9708F" w:rsidRPr="00260F73" w:rsidRDefault="00E9708F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15619653"/>
            <w:placeholder>
              <w:docPart w:val="73AB6D1D873F4738BF61AE697637871D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BDE551D" w14:textId="5EDF4BE1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66CA38CE" w14:textId="77777777" w:rsidTr="00A0792E">
        <w:tc>
          <w:tcPr>
            <w:tcW w:w="2689" w:type="dxa"/>
          </w:tcPr>
          <w:p w14:paraId="6E014817" w14:textId="4BF4295B" w:rsidR="00E9708F" w:rsidRPr="00260F73" w:rsidRDefault="00E9708F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-1642029865"/>
            <w:placeholder>
              <w:docPart w:val="520891A0A4C04E9D9F8A8F3644975CB1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23783DB" w14:textId="2A8EDBCC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37EA1DB7" w14:textId="77777777" w:rsidTr="00A0792E">
        <w:tc>
          <w:tcPr>
            <w:tcW w:w="2689" w:type="dxa"/>
          </w:tcPr>
          <w:p w14:paraId="287584B0" w14:textId="77777777" w:rsidR="00E9708F" w:rsidRPr="00260F73" w:rsidRDefault="00E9708F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76F22547" w14:textId="77777777" w:rsidR="00E9708F" w:rsidRPr="00260F73" w:rsidRDefault="00E9708F"/>
        </w:tc>
        <w:sdt>
          <w:sdtPr>
            <w:id w:val="206851474"/>
            <w:placeholder>
              <w:docPart w:val="C582574595EA444189787F4DFB8EE37F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28D0AF4" w14:textId="14E793E1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4B70A0A3" w14:textId="77777777" w:rsidTr="00A0792E">
        <w:tc>
          <w:tcPr>
            <w:tcW w:w="2689" w:type="dxa"/>
          </w:tcPr>
          <w:p w14:paraId="2B82BE9D" w14:textId="190108BB" w:rsidR="00E9708F" w:rsidRPr="00260F73" w:rsidRDefault="00E9708F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1D74B4D" w14:textId="3CBD99A1" w:rsidR="00E9708F" w:rsidRPr="00260F73" w:rsidRDefault="00E9708F">
            <w:r w:rsidRPr="00260F73">
              <w:t xml:space="preserve">Complete  </w:t>
            </w:r>
            <w:sdt>
              <w:sdtPr>
                <w:id w:val="177805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819889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:rsidRPr="00260F73" w14:paraId="605DD3C8" w14:textId="77777777" w:rsidTr="00A0792E">
        <w:tc>
          <w:tcPr>
            <w:tcW w:w="2689" w:type="dxa"/>
          </w:tcPr>
          <w:p w14:paraId="3ACF7AFC" w14:textId="2D9BB58C" w:rsidR="00E9708F" w:rsidRPr="00260F73" w:rsidRDefault="00E9708F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144629995"/>
            <w:placeholder>
              <w:docPart w:val="55670920D67C4481B676B57D42BEF39B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4ADF35B" w14:textId="075D342D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566A2045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119B54C1" w14:textId="25B16C01" w:rsidR="00E9708F" w:rsidRPr="00260F73" w:rsidRDefault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0F0F3B7F" w14:textId="318FBCA3" w:rsidR="00E9708F" w:rsidRPr="00260F73" w:rsidRDefault="00E9708F">
            <w:r w:rsidRPr="00260F73">
              <w:t xml:space="preserve">Yes </w:t>
            </w:r>
            <w:sdt>
              <w:sdtPr>
                <w:id w:val="1017657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229493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:rsidRPr="00260F73" w14:paraId="3B48CE5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BA6886" w14:textId="2F2B558C" w:rsidR="00E9708F" w:rsidRPr="00260F73" w:rsidRDefault="00E9708F"/>
        </w:tc>
      </w:tr>
      <w:tr w:rsidR="003713D2" w:rsidRPr="00260F73" w14:paraId="60A6C45B" w14:textId="77777777" w:rsidTr="00A0792E">
        <w:tc>
          <w:tcPr>
            <w:tcW w:w="2689" w:type="dxa"/>
          </w:tcPr>
          <w:p w14:paraId="6E46C46E" w14:textId="4D9A9006" w:rsidR="003713D2" w:rsidRPr="00260F73" w:rsidRDefault="003713D2">
            <w:r w:rsidRPr="00260F73">
              <w:rPr>
                <w:b/>
                <w:bCs/>
              </w:rPr>
              <w:t>Role</w:t>
            </w:r>
          </w:p>
        </w:tc>
        <w:sdt>
          <w:sdtPr>
            <w:id w:val="-683367350"/>
            <w:placeholder>
              <w:docPart w:val="9F98BD6A7E484DF08110B1C4E624D3D0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BEA9018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60734555" w14:textId="77777777" w:rsidTr="00A0792E">
        <w:tc>
          <w:tcPr>
            <w:tcW w:w="2689" w:type="dxa"/>
          </w:tcPr>
          <w:p w14:paraId="78C7B684" w14:textId="77777777" w:rsidR="003713D2" w:rsidRPr="00260F73" w:rsidRDefault="003713D2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31882914"/>
            <w:placeholder>
              <w:docPart w:val="233C5AFA5E7E4902A9BB228B214E5792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0B1CF88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2FB98C1F" w14:textId="77777777" w:rsidTr="00A0792E">
        <w:tc>
          <w:tcPr>
            <w:tcW w:w="2689" w:type="dxa"/>
          </w:tcPr>
          <w:p w14:paraId="4137BF2C" w14:textId="77777777" w:rsidR="003713D2" w:rsidRPr="00260F73" w:rsidRDefault="003713D2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1480417740"/>
            <w:placeholder>
              <w:docPart w:val="1B8839E78C2545FD826212E931A37F3B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2ADC70A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017ED9A3" w14:textId="77777777" w:rsidTr="00A0792E">
        <w:tc>
          <w:tcPr>
            <w:tcW w:w="2689" w:type="dxa"/>
          </w:tcPr>
          <w:p w14:paraId="7C4151A8" w14:textId="77777777" w:rsidR="003713D2" w:rsidRPr="00260F73" w:rsidRDefault="003713D2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70E69669" w14:textId="77777777" w:rsidR="003713D2" w:rsidRPr="00260F73" w:rsidRDefault="003713D2"/>
        </w:tc>
        <w:sdt>
          <w:sdtPr>
            <w:id w:val="428003593"/>
            <w:placeholder>
              <w:docPart w:val="69B61E07360347BCBC59BA9F385F7236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59252810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63D1D623" w14:textId="77777777" w:rsidTr="00A0792E">
        <w:tc>
          <w:tcPr>
            <w:tcW w:w="2689" w:type="dxa"/>
          </w:tcPr>
          <w:p w14:paraId="7A70044C" w14:textId="77777777" w:rsidR="003713D2" w:rsidRPr="00260F73" w:rsidRDefault="003713D2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3661DFC2" w14:textId="77777777" w:rsidR="003713D2" w:rsidRPr="00260F73" w:rsidRDefault="003713D2">
            <w:r w:rsidRPr="00260F73">
              <w:t xml:space="preserve">Complete  </w:t>
            </w:r>
            <w:sdt>
              <w:sdtPr>
                <w:id w:val="-1582669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24414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539E0342" w14:textId="77777777" w:rsidTr="00A0792E">
        <w:tc>
          <w:tcPr>
            <w:tcW w:w="2689" w:type="dxa"/>
          </w:tcPr>
          <w:p w14:paraId="0D879AD9" w14:textId="77777777" w:rsidR="003713D2" w:rsidRPr="00260F73" w:rsidRDefault="003713D2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-1529011247"/>
            <w:placeholder>
              <w:docPart w:val="EEADD47DEE724B839CD6026B1BF75AA9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64C2E6E" w14:textId="77777777" w:rsidR="003713D2" w:rsidRPr="00260F73" w:rsidRDefault="003713D2" w:rsidP="00016A95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3713D2" w:rsidRPr="00260F73" w14:paraId="4F76E790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6FEFD7E3" w14:textId="77777777" w:rsidR="003713D2" w:rsidRPr="00260F73" w:rsidRDefault="003713D2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5F3A024B" w14:textId="77777777" w:rsidR="003713D2" w:rsidRPr="00260F73" w:rsidRDefault="003713D2">
            <w:r w:rsidRPr="00260F73">
              <w:t xml:space="preserve">Yes </w:t>
            </w:r>
            <w:sdt>
              <w:sdtPr>
                <w:id w:val="1392304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226872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1A6A0C5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9E63DE" w14:textId="3A43943C" w:rsidR="003713D2" w:rsidRPr="00260F73" w:rsidRDefault="003713D2"/>
        </w:tc>
      </w:tr>
      <w:tr w:rsidR="00803B09" w:rsidRPr="00260F73" w14:paraId="5190F460" w14:textId="77777777" w:rsidTr="00A0792E">
        <w:tc>
          <w:tcPr>
            <w:tcW w:w="2689" w:type="dxa"/>
          </w:tcPr>
          <w:p w14:paraId="763EC366" w14:textId="16B1405D" w:rsidR="00803B09" w:rsidRPr="00260F73" w:rsidRDefault="00803B09">
            <w:r w:rsidRPr="00260F73">
              <w:rPr>
                <w:b/>
                <w:bCs/>
              </w:rPr>
              <w:t>Role</w:t>
            </w:r>
          </w:p>
        </w:tc>
        <w:sdt>
          <w:sdtPr>
            <w:id w:val="469410824"/>
            <w:placeholder>
              <w:docPart w:val="3F9FEC2FF31F4B22A42B22FFA28E5A3F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60DB2114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05F6140D" w14:textId="77777777" w:rsidTr="00A0792E">
        <w:tc>
          <w:tcPr>
            <w:tcW w:w="2689" w:type="dxa"/>
          </w:tcPr>
          <w:p w14:paraId="40FBE73C" w14:textId="77777777" w:rsidR="00803B09" w:rsidRPr="00260F73" w:rsidRDefault="00803B09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661667524"/>
            <w:placeholder>
              <w:docPart w:val="876699860210439B9E102A4DBA7B4A76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AE2B2E7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4DB41F48" w14:textId="77777777" w:rsidTr="00A0792E">
        <w:tc>
          <w:tcPr>
            <w:tcW w:w="2689" w:type="dxa"/>
          </w:tcPr>
          <w:p w14:paraId="4C6BD8D1" w14:textId="77777777" w:rsidR="00803B09" w:rsidRPr="00260F73" w:rsidRDefault="00803B09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793262318"/>
            <w:placeholder>
              <w:docPart w:val="517F7037485E4A4F976C3B4D94A97EBF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60699633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16573365" w14:textId="77777777" w:rsidTr="00A0792E">
        <w:tc>
          <w:tcPr>
            <w:tcW w:w="2689" w:type="dxa"/>
          </w:tcPr>
          <w:p w14:paraId="1220F78F" w14:textId="77777777" w:rsidR="00803B09" w:rsidRPr="00260F73" w:rsidRDefault="00803B09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15C5D9BB" w14:textId="77777777" w:rsidR="00803B09" w:rsidRPr="00260F73" w:rsidRDefault="00803B09"/>
        </w:tc>
        <w:sdt>
          <w:sdtPr>
            <w:id w:val="1136074492"/>
            <w:placeholder>
              <w:docPart w:val="9E8545392AB845AC9C38B617CA799537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623E97EC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241DA949" w14:textId="77777777" w:rsidTr="00A0792E">
        <w:tc>
          <w:tcPr>
            <w:tcW w:w="2689" w:type="dxa"/>
          </w:tcPr>
          <w:p w14:paraId="2A5B6A6E" w14:textId="77777777" w:rsidR="00803B09" w:rsidRPr="00260F73" w:rsidRDefault="00803B09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100ED568" w14:textId="77777777" w:rsidR="00803B09" w:rsidRPr="00260F73" w:rsidRDefault="00803B09">
            <w:r w:rsidRPr="00260F73">
              <w:t xml:space="preserve">Complete  </w:t>
            </w:r>
            <w:sdt>
              <w:sdtPr>
                <w:id w:val="-11066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1058925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03B09" w:rsidRPr="00260F73" w14:paraId="794B0C40" w14:textId="77777777" w:rsidTr="00A0792E">
        <w:tc>
          <w:tcPr>
            <w:tcW w:w="2689" w:type="dxa"/>
          </w:tcPr>
          <w:p w14:paraId="20F41955" w14:textId="77777777" w:rsidR="00803B09" w:rsidRPr="00260F73" w:rsidRDefault="00803B09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268671977"/>
            <w:placeholder>
              <w:docPart w:val="52BA0282E4194093932505BC88B584F2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F7C941D" w14:textId="77777777" w:rsidR="00803B09" w:rsidRPr="00260F73" w:rsidRDefault="00803B09" w:rsidP="00CA2CEB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803B09" w:rsidRPr="00260F73" w14:paraId="1950466D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4F21ECC8" w14:textId="77777777" w:rsidR="00803B09" w:rsidRPr="00260F73" w:rsidRDefault="00803B09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6385A678" w14:textId="77777777" w:rsidR="00803B09" w:rsidRPr="00260F73" w:rsidRDefault="00803B09">
            <w:r w:rsidRPr="00260F73">
              <w:t xml:space="preserve">Yes </w:t>
            </w:r>
            <w:sdt>
              <w:sdtPr>
                <w:id w:val="-1969730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259498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03B09" w:rsidRPr="00260F73" w14:paraId="252D7CF8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AA8E9A" w14:textId="4EB5274B" w:rsidR="00803B09" w:rsidRPr="00260F73" w:rsidRDefault="00803B09"/>
        </w:tc>
      </w:tr>
      <w:tr w:rsidR="00803B09" w:rsidRPr="00260F73" w14:paraId="6C128340" w14:textId="77777777" w:rsidTr="00A0792E">
        <w:tc>
          <w:tcPr>
            <w:tcW w:w="2689" w:type="dxa"/>
          </w:tcPr>
          <w:p w14:paraId="79E17348" w14:textId="0B01ED07" w:rsidR="00803B09" w:rsidRPr="00260F73" w:rsidRDefault="00803B09">
            <w:r w:rsidRPr="00260F73">
              <w:rPr>
                <w:b/>
                <w:bCs/>
              </w:rPr>
              <w:t>Role</w:t>
            </w:r>
          </w:p>
        </w:tc>
        <w:sdt>
          <w:sdtPr>
            <w:id w:val="-1102106269"/>
            <w:placeholder>
              <w:docPart w:val="F33DB954DE8C453C928DF548B77772D6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59109434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7A034707" w14:textId="77777777" w:rsidTr="00A0792E">
        <w:tc>
          <w:tcPr>
            <w:tcW w:w="2689" w:type="dxa"/>
          </w:tcPr>
          <w:p w14:paraId="1D4231D4" w14:textId="77777777" w:rsidR="00803B09" w:rsidRPr="00260F73" w:rsidRDefault="00803B09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258998473"/>
            <w:placeholder>
              <w:docPart w:val="E064D5F9DECB4866B824F65FD2356E3D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0F7E43FF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4E92C921" w14:textId="77777777" w:rsidTr="00A0792E">
        <w:tc>
          <w:tcPr>
            <w:tcW w:w="2689" w:type="dxa"/>
          </w:tcPr>
          <w:p w14:paraId="6AC8DCFD" w14:textId="77777777" w:rsidR="00803B09" w:rsidRPr="00260F73" w:rsidRDefault="00803B09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1608616908"/>
            <w:placeholder>
              <w:docPart w:val="6EC70B058B094461B2DBFB2834390584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36D2C315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09ACCEDC" w14:textId="77777777" w:rsidTr="00A0792E">
        <w:tc>
          <w:tcPr>
            <w:tcW w:w="2689" w:type="dxa"/>
          </w:tcPr>
          <w:p w14:paraId="703AE248" w14:textId="77777777" w:rsidR="00803B09" w:rsidRPr="00260F73" w:rsidRDefault="00803B09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1E07E88F" w14:textId="77777777" w:rsidR="00803B09" w:rsidRPr="00260F73" w:rsidRDefault="00803B09"/>
        </w:tc>
        <w:sdt>
          <w:sdtPr>
            <w:id w:val="2072998105"/>
            <w:placeholder>
              <w:docPart w:val="91965C4F531A48E7846C0C0A6CFB37CC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307167ED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65E5684E" w14:textId="77777777" w:rsidTr="00A0792E">
        <w:tc>
          <w:tcPr>
            <w:tcW w:w="2689" w:type="dxa"/>
          </w:tcPr>
          <w:p w14:paraId="458886A5" w14:textId="77777777" w:rsidR="00803B09" w:rsidRPr="00260F73" w:rsidRDefault="00803B09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21A22EAD" w14:textId="77777777" w:rsidR="00803B09" w:rsidRPr="00260F73" w:rsidRDefault="00803B09">
            <w:r w:rsidRPr="00260F73">
              <w:t xml:space="preserve">Complete  </w:t>
            </w:r>
            <w:sdt>
              <w:sdtPr>
                <w:id w:val="-1811092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1997610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03B09" w:rsidRPr="00260F73" w14:paraId="210CF3E3" w14:textId="77777777" w:rsidTr="00A0792E">
        <w:tc>
          <w:tcPr>
            <w:tcW w:w="2689" w:type="dxa"/>
          </w:tcPr>
          <w:p w14:paraId="2CDF60CA" w14:textId="77777777" w:rsidR="00803B09" w:rsidRPr="00260F73" w:rsidRDefault="00803B09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Formal role or Informal teaching</w:t>
            </w:r>
          </w:p>
        </w:tc>
        <w:sdt>
          <w:sdtPr>
            <w:id w:val="1704750712"/>
            <w:placeholder>
              <w:docPart w:val="D759FB7B374D496E9312D785EEFA0C5A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090E0CE" w14:textId="77777777" w:rsidR="00803B09" w:rsidRPr="00260F73" w:rsidRDefault="00803B09" w:rsidP="00CA2CEB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803B09" w:rsidRPr="00260F73" w14:paraId="55EF0B6B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08F51606" w14:textId="77777777" w:rsidR="00803B09" w:rsidRPr="00260F73" w:rsidRDefault="00803B09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3D5A8D64" w14:textId="77777777" w:rsidR="00803B09" w:rsidRPr="00260F73" w:rsidRDefault="00803B09">
            <w:r w:rsidRPr="00260F73">
              <w:t xml:space="preserve">Yes </w:t>
            </w:r>
            <w:sdt>
              <w:sdtPr>
                <w:id w:val="1191640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368220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03B09" w:rsidRPr="00260F73" w14:paraId="6B0E861A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95FCC2" w14:textId="61E7D423" w:rsidR="00803B09" w:rsidRPr="00260F73" w:rsidRDefault="00803B09"/>
        </w:tc>
      </w:tr>
    </w:tbl>
    <w:p w14:paraId="7A882F9A" w14:textId="77777777" w:rsidR="00E9708F" w:rsidRPr="00260F73" w:rsidRDefault="00E9708F"/>
    <w:p w14:paraId="26D4E535" w14:textId="77777777" w:rsidR="00803B09" w:rsidRDefault="00803B09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59171476" w14:textId="5F10E959" w:rsidR="00446759" w:rsidRDefault="00446759" w:rsidP="00446759">
      <w:pPr>
        <w:pStyle w:val="Heading1"/>
      </w:pPr>
      <w:r>
        <w:lastRenderedPageBreak/>
        <w:t>Leadership &amp; Management</w:t>
      </w:r>
    </w:p>
    <w:p w14:paraId="46C30522" w14:textId="71604A23" w:rsidR="00015574" w:rsidRDefault="00015574" w:rsidP="00015574">
      <w:pPr>
        <w:pStyle w:val="ListParagraph"/>
        <w:numPr>
          <w:ilvl w:val="0"/>
          <w:numId w:val="15"/>
        </w:numPr>
        <w:rPr>
          <w:b/>
          <w:bCs/>
        </w:rPr>
      </w:pPr>
      <w:r w:rsidRPr="00015574">
        <w:rPr>
          <w:b/>
          <w:bCs/>
        </w:rPr>
        <w:t>Describe a time you demonstrated leadership in a clinical setting.</w:t>
      </w:r>
    </w:p>
    <w:sdt>
      <w:sdtPr>
        <w:id w:val="-1742706817"/>
        <w:placeholder>
          <w:docPart w:val="E7D02D12569949259F4B303AE9EE91BE"/>
        </w:placeholder>
        <w:showingPlcHdr/>
      </w:sdtPr>
      <w:sdtEndPr/>
      <w:sdtContent>
        <w:p w14:paraId="746969E9" w14:textId="609B147E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198D581B" w14:textId="2D48F4E4" w:rsidR="00015574" w:rsidRDefault="00015574" w:rsidP="00015574">
      <w:pPr>
        <w:pStyle w:val="ListParagraph"/>
        <w:numPr>
          <w:ilvl w:val="0"/>
          <w:numId w:val="15"/>
        </w:numPr>
        <w:rPr>
          <w:b/>
          <w:bCs/>
        </w:rPr>
      </w:pPr>
      <w:r w:rsidRPr="00015574">
        <w:rPr>
          <w:b/>
          <w:bCs/>
        </w:rPr>
        <w:t>Give an example of how you managed a challenging team situation.</w:t>
      </w:r>
    </w:p>
    <w:sdt>
      <w:sdtPr>
        <w:id w:val="-750272981"/>
        <w:placeholder>
          <w:docPart w:val="CAA78230F4974F91A466D1A3E44D5E2D"/>
        </w:placeholder>
        <w:showingPlcHdr/>
      </w:sdtPr>
      <w:sdtEndPr/>
      <w:sdtContent>
        <w:p w14:paraId="51A226CA" w14:textId="6797E0FD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7F53B35C" w14:textId="2140306F" w:rsidR="00015574" w:rsidRDefault="00015574" w:rsidP="00015574">
      <w:pPr>
        <w:pStyle w:val="ListParagraph"/>
        <w:numPr>
          <w:ilvl w:val="0"/>
          <w:numId w:val="15"/>
        </w:numPr>
        <w:rPr>
          <w:b/>
          <w:bCs/>
        </w:rPr>
      </w:pPr>
      <w:r w:rsidRPr="00015574">
        <w:rPr>
          <w:b/>
          <w:bCs/>
        </w:rPr>
        <w:t>Describe a service improvement you initiated or contributed to.</w:t>
      </w:r>
    </w:p>
    <w:sdt>
      <w:sdtPr>
        <w:id w:val="-1647966239"/>
        <w:placeholder>
          <w:docPart w:val="F0CFA2EC4C7B4356B9A2A03A62C38968"/>
        </w:placeholder>
        <w:showingPlcHdr/>
      </w:sdtPr>
      <w:sdtEndPr/>
      <w:sdtContent>
        <w:p w14:paraId="43F0D350" w14:textId="42D47639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3D91A783" w14:textId="08A446E3" w:rsidR="00015574" w:rsidRDefault="00015574" w:rsidP="00015574">
      <w:pPr>
        <w:pStyle w:val="ListParagraph"/>
        <w:numPr>
          <w:ilvl w:val="0"/>
          <w:numId w:val="15"/>
        </w:numPr>
        <w:rPr>
          <w:b/>
          <w:bCs/>
        </w:rPr>
      </w:pPr>
      <w:r w:rsidRPr="00015574">
        <w:rPr>
          <w:b/>
          <w:bCs/>
        </w:rPr>
        <w:t>How do you prioritise workload in a busy clinical environment?</w:t>
      </w:r>
    </w:p>
    <w:sdt>
      <w:sdtPr>
        <w:id w:val="-195615532"/>
        <w:placeholder>
          <w:docPart w:val="9380793E9EE044989EB44762814E78B6"/>
        </w:placeholder>
        <w:showingPlcHdr/>
      </w:sdtPr>
      <w:sdtEndPr/>
      <w:sdtContent>
        <w:p w14:paraId="2D21CD22" w14:textId="11FBDC37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23DABBFA" w14:textId="77777777" w:rsidR="00015574" w:rsidRDefault="00015574"/>
    <w:p w14:paraId="56C20746" w14:textId="77777777" w:rsidR="00015574" w:rsidRDefault="00015574" w:rsidP="00015574">
      <w:pPr>
        <w:pStyle w:val="Heading1"/>
      </w:pPr>
      <w:r>
        <w:t>Communication &amp; Professionalism</w:t>
      </w:r>
    </w:p>
    <w:p w14:paraId="7F322BEB" w14:textId="0E1F3551" w:rsidR="00015574" w:rsidRDefault="00015574" w:rsidP="00015574">
      <w:pPr>
        <w:pStyle w:val="ListParagraph"/>
        <w:numPr>
          <w:ilvl w:val="0"/>
          <w:numId w:val="16"/>
        </w:numPr>
        <w:rPr>
          <w:b/>
          <w:bCs/>
        </w:rPr>
      </w:pPr>
      <w:r w:rsidRPr="00015574">
        <w:rPr>
          <w:b/>
          <w:bCs/>
        </w:rPr>
        <w:t>Describe a situation where you had to communicate a difficult message.</w:t>
      </w:r>
    </w:p>
    <w:sdt>
      <w:sdtPr>
        <w:id w:val="-890113822"/>
        <w:placeholder>
          <w:docPart w:val="0E951C26B4874E2787CBE628EA2C2094"/>
        </w:placeholder>
        <w:showingPlcHdr/>
      </w:sdtPr>
      <w:sdtEndPr/>
      <w:sdtContent>
        <w:p w14:paraId="66323C79" w14:textId="3B49D8A3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1EC03080" w14:textId="21B23266" w:rsidR="00015574" w:rsidRDefault="00015574" w:rsidP="00015574">
      <w:pPr>
        <w:pStyle w:val="ListParagraph"/>
        <w:numPr>
          <w:ilvl w:val="0"/>
          <w:numId w:val="16"/>
        </w:numPr>
        <w:rPr>
          <w:b/>
          <w:bCs/>
        </w:rPr>
      </w:pPr>
      <w:r w:rsidRPr="00015574">
        <w:rPr>
          <w:b/>
          <w:bCs/>
        </w:rPr>
        <w:t>How do you handle conflict with colleagues?</w:t>
      </w:r>
    </w:p>
    <w:sdt>
      <w:sdtPr>
        <w:id w:val="-1454014768"/>
        <w:placeholder>
          <w:docPart w:val="07E5AC0373094234B85BEF415F1A8998"/>
        </w:placeholder>
        <w:showingPlcHdr/>
      </w:sdtPr>
      <w:sdtEndPr/>
      <w:sdtContent>
        <w:p w14:paraId="58DCB18C" w14:textId="3039869A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0ACD46A0" w14:textId="3BFB5764" w:rsidR="00015574" w:rsidRDefault="00015574" w:rsidP="00015574">
      <w:pPr>
        <w:pStyle w:val="ListParagraph"/>
        <w:numPr>
          <w:ilvl w:val="0"/>
          <w:numId w:val="16"/>
        </w:numPr>
        <w:rPr>
          <w:b/>
          <w:bCs/>
        </w:rPr>
      </w:pPr>
      <w:r w:rsidRPr="00015574">
        <w:rPr>
          <w:b/>
          <w:bCs/>
        </w:rPr>
        <w:t>Give an example of maintaining professionalism under pressure.</w:t>
      </w:r>
    </w:p>
    <w:sdt>
      <w:sdtPr>
        <w:id w:val="-1459866788"/>
        <w:placeholder>
          <w:docPart w:val="3ED87B2022A34B2198DC2B217B191AF1"/>
        </w:placeholder>
        <w:showingPlcHdr/>
      </w:sdtPr>
      <w:sdtEndPr/>
      <w:sdtContent>
        <w:p w14:paraId="5BC1A269" w14:textId="52C68820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2D12A2C2" w14:textId="77777777" w:rsidR="00015574" w:rsidRDefault="00015574"/>
    <w:p w14:paraId="22F0C6D2" w14:textId="77777777" w:rsidR="003713D2" w:rsidRPr="003713D2" w:rsidRDefault="003713D2" w:rsidP="003713D2">
      <w:pPr>
        <w:pStyle w:val="Heading1"/>
      </w:pPr>
      <w:r w:rsidRPr="003713D2">
        <w:t>Clinical Governance &amp; Patient Safety</w:t>
      </w:r>
    </w:p>
    <w:p w14:paraId="1F8D02AC" w14:textId="414E8037" w:rsidR="00E90802" w:rsidRPr="00E90802" w:rsidRDefault="00E90802" w:rsidP="00E90802">
      <w:pPr>
        <w:pStyle w:val="ListParagraph"/>
        <w:numPr>
          <w:ilvl w:val="0"/>
          <w:numId w:val="17"/>
        </w:numPr>
        <w:rPr>
          <w:rFonts w:asciiTheme="minorHAnsi" w:hAnsiTheme="minorHAnsi"/>
          <w:b/>
          <w:bCs/>
          <w:sz w:val="22"/>
          <w:lang w:val="en-US"/>
        </w:rPr>
      </w:pPr>
      <w:r w:rsidRPr="00E90802">
        <w:rPr>
          <w:b/>
          <w:bCs/>
        </w:rPr>
        <w:t>Describe your involvement in patient safety initiatives.</w:t>
      </w:r>
    </w:p>
    <w:sdt>
      <w:sdtPr>
        <w:rPr>
          <w:rFonts w:asciiTheme="minorHAnsi" w:hAnsiTheme="minorHAnsi"/>
          <w:sz w:val="22"/>
          <w:lang w:val="en-US"/>
        </w:rPr>
        <w:id w:val="-384488677"/>
        <w:placeholder>
          <w:docPart w:val="767380ACF96F4D0C8C1A7DCE5CFD83A8"/>
        </w:placeholder>
        <w:showingPlcHdr/>
      </w:sdtPr>
      <w:sdtEndPr/>
      <w:sdtContent>
        <w:p w14:paraId="4C3D1DA9" w14:textId="618CA398" w:rsidR="00E90802" w:rsidRPr="00E90802" w:rsidRDefault="00E90802" w:rsidP="00E90802">
          <w:pPr>
            <w:rPr>
              <w:rFonts w:asciiTheme="minorHAnsi" w:hAnsiTheme="minorHAnsi"/>
              <w:sz w:val="22"/>
              <w:lang w:val="en-US"/>
            </w:rPr>
          </w:pPr>
          <w:r w:rsidRPr="002B0523">
            <w:rPr>
              <w:rStyle w:val="PlaceholderText"/>
              <w:lang w:val="en-US"/>
            </w:rPr>
            <w:t>Click or tap here to enter text.</w:t>
          </w:r>
        </w:p>
      </w:sdtContent>
    </w:sdt>
    <w:p w14:paraId="28B48482" w14:textId="18736F99" w:rsidR="003713D2" w:rsidRDefault="003713D2" w:rsidP="003713D2">
      <w:pPr>
        <w:pStyle w:val="ListParagraph"/>
        <w:numPr>
          <w:ilvl w:val="0"/>
          <w:numId w:val="17"/>
        </w:numPr>
        <w:rPr>
          <w:b/>
          <w:bCs/>
          <w:lang w:val="en-US"/>
        </w:rPr>
      </w:pPr>
      <w:r w:rsidRPr="003713D2">
        <w:rPr>
          <w:b/>
          <w:bCs/>
          <w:lang w:val="en-US"/>
        </w:rPr>
        <w:t>Provide an example of how you identified and addressed a risk to patient safety.</w:t>
      </w:r>
    </w:p>
    <w:sdt>
      <w:sdtPr>
        <w:rPr>
          <w:lang w:val="en-US"/>
        </w:rPr>
        <w:id w:val="-1816095327"/>
        <w:placeholder>
          <w:docPart w:val="A52E9F0F3C3549C29B060FC2F2A6D578"/>
        </w:placeholder>
        <w:showingPlcHdr/>
      </w:sdtPr>
      <w:sdtEndPr/>
      <w:sdtContent>
        <w:p w14:paraId="4983BFA6" w14:textId="495545B3" w:rsidR="003713D2" w:rsidRPr="003713D2" w:rsidRDefault="003713D2" w:rsidP="003713D2">
          <w:pPr>
            <w:rPr>
              <w:lang w:val="en-US"/>
            </w:rPr>
          </w:pPr>
          <w:r w:rsidRPr="00016A95">
            <w:rPr>
              <w:rStyle w:val="PlaceholderText"/>
              <w:lang w:val="en-US"/>
            </w:rPr>
            <w:t>Click or tap here to enter text.</w:t>
          </w:r>
        </w:p>
      </w:sdtContent>
    </w:sdt>
    <w:p w14:paraId="287CB9A6" w14:textId="5AAC8D45" w:rsidR="003713D2" w:rsidRDefault="003713D2" w:rsidP="003713D2">
      <w:pPr>
        <w:pStyle w:val="ListParagraph"/>
        <w:numPr>
          <w:ilvl w:val="0"/>
          <w:numId w:val="17"/>
        </w:numPr>
        <w:rPr>
          <w:b/>
          <w:bCs/>
          <w:lang w:val="en-US"/>
        </w:rPr>
      </w:pPr>
      <w:r w:rsidRPr="003713D2">
        <w:rPr>
          <w:b/>
          <w:bCs/>
          <w:lang w:val="en-US"/>
        </w:rPr>
        <w:t>How do you ensure high standards of clinical care?</w:t>
      </w:r>
    </w:p>
    <w:sdt>
      <w:sdtPr>
        <w:rPr>
          <w:lang w:val="en-US"/>
        </w:rPr>
        <w:id w:val="1871638181"/>
        <w:placeholder>
          <w:docPart w:val="136CB3F2E58949E09F2EAE0D704C7EE0"/>
        </w:placeholder>
        <w:showingPlcHdr/>
      </w:sdtPr>
      <w:sdtEndPr/>
      <w:sdtContent>
        <w:p w14:paraId="1CEB9046" w14:textId="47BBDA1D" w:rsidR="003713D2" w:rsidRPr="003713D2" w:rsidRDefault="003713D2" w:rsidP="003713D2">
          <w:pPr>
            <w:rPr>
              <w:lang w:val="en-US"/>
            </w:rPr>
          </w:pPr>
          <w:r w:rsidRPr="00016A95">
            <w:rPr>
              <w:rStyle w:val="PlaceholderText"/>
              <w:lang w:val="en-US"/>
            </w:rPr>
            <w:t>Click or tap here to enter text.</w:t>
          </w:r>
        </w:p>
      </w:sdtContent>
    </w:sdt>
    <w:p w14:paraId="58BC4384" w14:textId="77777777" w:rsidR="003713D2" w:rsidRDefault="003713D2"/>
    <w:sectPr w:rsidR="003713D2" w:rsidSect="001C17E4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5210A" w14:textId="77777777" w:rsidR="00CC1DB0" w:rsidRPr="00260F73" w:rsidRDefault="00CC1DB0" w:rsidP="001B2E81">
      <w:pPr>
        <w:spacing w:after="0" w:line="240" w:lineRule="auto"/>
      </w:pPr>
      <w:r w:rsidRPr="00260F73">
        <w:separator/>
      </w:r>
    </w:p>
  </w:endnote>
  <w:endnote w:type="continuationSeparator" w:id="0">
    <w:p w14:paraId="12675B04" w14:textId="77777777" w:rsidR="00CC1DB0" w:rsidRPr="00260F73" w:rsidRDefault="00CC1DB0" w:rsidP="001B2E81">
      <w:pPr>
        <w:spacing w:after="0" w:line="240" w:lineRule="auto"/>
      </w:pPr>
      <w:r w:rsidRPr="00260F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802865"/>
      <w:docPartObj>
        <w:docPartGallery w:val="Page Numbers (Bottom of Page)"/>
        <w:docPartUnique/>
      </w:docPartObj>
    </w:sdtPr>
    <w:sdtEndPr/>
    <w:sdtContent>
      <w:p w14:paraId="7954CBEC" w14:textId="5E77B792" w:rsidR="007C3707" w:rsidRPr="00260F73" w:rsidRDefault="007C3707" w:rsidP="007C3707">
        <w:pPr>
          <w:pStyle w:val="Footer"/>
        </w:pPr>
        <w:r w:rsidRPr="00260F73">
          <w:tab/>
        </w:r>
        <w:r w:rsidRPr="00260F73">
          <w:tab/>
        </w:r>
        <w:r w:rsidRPr="00260F73">
          <w:fldChar w:fldCharType="begin"/>
        </w:r>
        <w:r w:rsidRPr="00260F73">
          <w:instrText xml:space="preserve"> PAGE   \* MERGEFORMAT </w:instrText>
        </w:r>
        <w:r w:rsidRPr="00260F73">
          <w:fldChar w:fldCharType="separate"/>
        </w:r>
        <w:r w:rsidRPr="00260F73">
          <w:t>2</w:t>
        </w:r>
        <w:r w:rsidRPr="00260F73"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7E1E" w14:textId="43A246CF" w:rsidR="007C3707" w:rsidRPr="00260F73" w:rsidRDefault="007C370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669BF" w14:textId="77777777" w:rsidR="00CC1DB0" w:rsidRPr="00260F73" w:rsidRDefault="00CC1DB0" w:rsidP="001B2E81">
      <w:pPr>
        <w:spacing w:after="0" w:line="240" w:lineRule="auto"/>
      </w:pPr>
      <w:r w:rsidRPr="00260F73">
        <w:separator/>
      </w:r>
    </w:p>
  </w:footnote>
  <w:footnote w:type="continuationSeparator" w:id="0">
    <w:p w14:paraId="0FB692A6" w14:textId="77777777" w:rsidR="00CC1DB0" w:rsidRPr="00260F73" w:rsidRDefault="00CC1DB0" w:rsidP="001B2E81">
      <w:pPr>
        <w:spacing w:after="0" w:line="240" w:lineRule="auto"/>
      </w:pPr>
      <w:r w:rsidRPr="00260F7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A380F" w14:textId="17844063" w:rsidR="001B2E81" w:rsidRPr="00260F73" w:rsidRDefault="007C3707">
    <w:pPr>
      <w:pStyle w:val="Header"/>
    </w:pPr>
    <w:r w:rsidRPr="00260F73">
      <w:ptab w:relativeTo="margin" w:alignment="right" w:leader="none"/>
    </w:r>
    <w:r w:rsidRPr="00260F73">
      <w:t xml:space="preserve">RCPI HST Application CV: </w:t>
    </w:r>
    <w:r w:rsidR="00E90802">
      <w:t>Neurology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179E" w14:textId="1FAA58A7" w:rsidR="001B2E81" w:rsidRPr="00260F73" w:rsidRDefault="00E90802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7282BCF" wp14:editId="2EB7A49F">
          <wp:simplePos x="0" y="0"/>
          <wp:positionH relativeFrom="column">
            <wp:posOffset>-628650</wp:posOffset>
          </wp:positionH>
          <wp:positionV relativeFrom="paragraph">
            <wp:posOffset>-196850</wp:posOffset>
          </wp:positionV>
          <wp:extent cx="2955251" cy="1044000"/>
          <wp:effectExtent l="0" t="0" r="0" b="3810"/>
          <wp:wrapTopAndBottom/>
          <wp:docPr id="114111245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1112451" name="Picture 114111245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55251" cy="104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8B0C3B"/>
    <w:multiLevelType w:val="hybridMultilevel"/>
    <w:tmpl w:val="CCD6AA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4D49D1"/>
    <w:multiLevelType w:val="hybridMultilevel"/>
    <w:tmpl w:val="10A4B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B52007"/>
    <w:multiLevelType w:val="hybridMultilevel"/>
    <w:tmpl w:val="7E4CAD6C"/>
    <w:lvl w:ilvl="0" w:tplc="AD448DD2">
      <w:start w:val="1"/>
      <w:numFmt w:val="decimal"/>
      <w:lvlText w:val="%1."/>
      <w:lvlJc w:val="left"/>
      <w:pPr>
        <w:ind w:left="720" w:hanging="360"/>
      </w:pPr>
    </w:lvl>
    <w:lvl w:ilvl="1" w:tplc="304C2162">
      <w:start w:val="1"/>
      <w:numFmt w:val="lowerLetter"/>
      <w:lvlText w:val="%2."/>
      <w:lvlJc w:val="left"/>
      <w:pPr>
        <w:ind w:left="1440" w:hanging="360"/>
      </w:pPr>
    </w:lvl>
    <w:lvl w:ilvl="2" w:tplc="FCF0101E">
      <w:start w:val="1"/>
      <w:numFmt w:val="lowerRoman"/>
      <w:lvlText w:val="%3."/>
      <w:lvlJc w:val="right"/>
      <w:pPr>
        <w:ind w:left="2160" w:hanging="180"/>
      </w:pPr>
    </w:lvl>
    <w:lvl w:ilvl="3" w:tplc="BFDCED42">
      <w:start w:val="1"/>
      <w:numFmt w:val="decimal"/>
      <w:lvlText w:val="%4."/>
      <w:lvlJc w:val="left"/>
      <w:pPr>
        <w:ind w:left="2880" w:hanging="360"/>
      </w:pPr>
    </w:lvl>
    <w:lvl w:ilvl="4" w:tplc="9DA67E82">
      <w:start w:val="1"/>
      <w:numFmt w:val="lowerLetter"/>
      <w:lvlText w:val="%5."/>
      <w:lvlJc w:val="left"/>
      <w:pPr>
        <w:ind w:left="3600" w:hanging="360"/>
      </w:pPr>
    </w:lvl>
    <w:lvl w:ilvl="5" w:tplc="E46222B2">
      <w:start w:val="1"/>
      <w:numFmt w:val="lowerRoman"/>
      <w:lvlText w:val="%6."/>
      <w:lvlJc w:val="right"/>
      <w:pPr>
        <w:ind w:left="4320" w:hanging="180"/>
      </w:pPr>
    </w:lvl>
    <w:lvl w:ilvl="6" w:tplc="5FDA97E8">
      <w:start w:val="1"/>
      <w:numFmt w:val="decimal"/>
      <w:lvlText w:val="%7."/>
      <w:lvlJc w:val="left"/>
      <w:pPr>
        <w:ind w:left="5040" w:hanging="360"/>
      </w:pPr>
    </w:lvl>
    <w:lvl w:ilvl="7" w:tplc="22A0B658">
      <w:start w:val="1"/>
      <w:numFmt w:val="lowerLetter"/>
      <w:lvlText w:val="%8."/>
      <w:lvlJc w:val="left"/>
      <w:pPr>
        <w:ind w:left="5760" w:hanging="360"/>
      </w:pPr>
    </w:lvl>
    <w:lvl w:ilvl="8" w:tplc="F3A832D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24607B"/>
    <w:multiLevelType w:val="hybridMultilevel"/>
    <w:tmpl w:val="04B0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6536746"/>
    <w:multiLevelType w:val="hybridMultilevel"/>
    <w:tmpl w:val="1D66562E"/>
    <w:lvl w:ilvl="0" w:tplc="7FD6ABA4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BB0278A"/>
    <w:multiLevelType w:val="hybridMultilevel"/>
    <w:tmpl w:val="CCD6AA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D944C34"/>
    <w:multiLevelType w:val="hybridMultilevel"/>
    <w:tmpl w:val="58460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52142C"/>
    <w:multiLevelType w:val="hybridMultilevel"/>
    <w:tmpl w:val="FF2CE1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1806701">
    <w:abstractNumId w:val="11"/>
  </w:num>
  <w:num w:numId="2" w16cid:durableId="1203786471">
    <w:abstractNumId w:val="8"/>
  </w:num>
  <w:num w:numId="3" w16cid:durableId="417601461">
    <w:abstractNumId w:val="6"/>
  </w:num>
  <w:num w:numId="4" w16cid:durableId="1775980722">
    <w:abstractNumId w:val="5"/>
  </w:num>
  <w:num w:numId="5" w16cid:durableId="228343893">
    <w:abstractNumId w:val="4"/>
  </w:num>
  <w:num w:numId="6" w16cid:durableId="2097943450">
    <w:abstractNumId w:val="7"/>
  </w:num>
  <w:num w:numId="7" w16cid:durableId="2109152698">
    <w:abstractNumId w:val="3"/>
  </w:num>
  <w:num w:numId="8" w16cid:durableId="1635867508">
    <w:abstractNumId w:val="2"/>
  </w:num>
  <w:num w:numId="9" w16cid:durableId="1632787737">
    <w:abstractNumId w:val="1"/>
  </w:num>
  <w:num w:numId="10" w16cid:durableId="645209773">
    <w:abstractNumId w:val="0"/>
  </w:num>
  <w:num w:numId="11" w16cid:durableId="1357002592">
    <w:abstractNumId w:val="10"/>
  </w:num>
  <w:num w:numId="12" w16cid:durableId="954025059">
    <w:abstractNumId w:val="12"/>
  </w:num>
  <w:num w:numId="13" w16cid:durableId="1694188166">
    <w:abstractNumId w:val="15"/>
  </w:num>
  <w:num w:numId="14" w16cid:durableId="889731661">
    <w:abstractNumId w:val="16"/>
  </w:num>
  <w:num w:numId="15" w16cid:durableId="323359985">
    <w:abstractNumId w:val="14"/>
  </w:num>
  <w:num w:numId="16" w16cid:durableId="1461606276">
    <w:abstractNumId w:val="9"/>
  </w:num>
  <w:num w:numId="17" w16cid:durableId="121939508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15574"/>
    <w:rsid w:val="00034616"/>
    <w:rsid w:val="00041DFE"/>
    <w:rsid w:val="0006063C"/>
    <w:rsid w:val="00081140"/>
    <w:rsid w:val="000834D5"/>
    <w:rsid w:val="000934D5"/>
    <w:rsid w:val="000A5F58"/>
    <w:rsid w:val="0015074B"/>
    <w:rsid w:val="001739F7"/>
    <w:rsid w:val="001872EB"/>
    <w:rsid w:val="001B2E81"/>
    <w:rsid w:val="001C17E4"/>
    <w:rsid w:val="00214ECC"/>
    <w:rsid w:val="002319B9"/>
    <w:rsid w:val="00232F78"/>
    <w:rsid w:val="00260F73"/>
    <w:rsid w:val="002931FF"/>
    <w:rsid w:val="0029639D"/>
    <w:rsid w:val="002A3A55"/>
    <w:rsid w:val="002C6D62"/>
    <w:rsid w:val="002D7D98"/>
    <w:rsid w:val="002E140B"/>
    <w:rsid w:val="00326F90"/>
    <w:rsid w:val="003713D2"/>
    <w:rsid w:val="003729FB"/>
    <w:rsid w:val="00446759"/>
    <w:rsid w:val="004929C5"/>
    <w:rsid w:val="004A41F5"/>
    <w:rsid w:val="004D6768"/>
    <w:rsid w:val="00547911"/>
    <w:rsid w:val="00597958"/>
    <w:rsid w:val="005A051B"/>
    <w:rsid w:val="006D0099"/>
    <w:rsid w:val="0075109E"/>
    <w:rsid w:val="007C0991"/>
    <w:rsid w:val="007C3707"/>
    <w:rsid w:val="00801BD9"/>
    <w:rsid w:val="00803B09"/>
    <w:rsid w:val="00821B93"/>
    <w:rsid w:val="008525FA"/>
    <w:rsid w:val="00857D96"/>
    <w:rsid w:val="009170A6"/>
    <w:rsid w:val="009A7B67"/>
    <w:rsid w:val="009E4AEB"/>
    <w:rsid w:val="00A0792E"/>
    <w:rsid w:val="00A36383"/>
    <w:rsid w:val="00A606A6"/>
    <w:rsid w:val="00AA1D8D"/>
    <w:rsid w:val="00B16633"/>
    <w:rsid w:val="00B47730"/>
    <w:rsid w:val="00B8038E"/>
    <w:rsid w:val="00BD4838"/>
    <w:rsid w:val="00C7253B"/>
    <w:rsid w:val="00C95D05"/>
    <w:rsid w:val="00CB0664"/>
    <w:rsid w:val="00CC1DB0"/>
    <w:rsid w:val="00CD745A"/>
    <w:rsid w:val="00D41E2C"/>
    <w:rsid w:val="00DA296B"/>
    <w:rsid w:val="00E5708D"/>
    <w:rsid w:val="00E90802"/>
    <w:rsid w:val="00E9708F"/>
    <w:rsid w:val="00F211F0"/>
    <w:rsid w:val="00F277ED"/>
    <w:rsid w:val="00F4085D"/>
    <w:rsid w:val="00F54DC5"/>
    <w:rsid w:val="00F75C6A"/>
    <w:rsid w:val="00F85A62"/>
    <w:rsid w:val="00F94BC3"/>
    <w:rsid w:val="00F95107"/>
    <w:rsid w:val="00FC693F"/>
    <w:rsid w:val="013003D7"/>
    <w:rsid w:val="01D3084F"/>
    <w:rsid w:val="09148FBD"/>
    <w:rsid w:val="0985AE4E"/>
    <w:rsid w:val="0B73C59C"/>
    <w:rsid w:val="0CE122BF"/>
    <w:rsid w:val="0DD6B9FE"/>
    <w:rsid w:val="10E59C75"/>
    <w:rsid w:val="125B3369"/>
    <w:rsid w:val="14BE1E3E"/>
    <w:rsid w:val="15A496DB"/>
    <w:rsid w:val="19056071"/>
    <w:rsid w:val="1B5F724A"/>
    <w:rsid w:val="1FB809EA"/>
    <w:rsid w:val="232909D8"/>
    <w:rsid w:val="25CD4F7B"/>
    <w:rsid w:val="26990713"/>
    <w:rsid w:val="26C0C10D"/>
    <w:rsid w:val="2B3C14FD"/>
    <w:rsid w:val="2D96377B"/>
    <w:rsid w:val="300EB099"/>
    <w:rsid w:val="30BDFE8C"/>
    <w:rsid w:val="32EB38F7"/>
    <w:rsid w:val="34E9FE57"/>
    <w:rsid w:val="359F11C3"/>
    <w:rsid w:val="35DA3F28"/>
    <w:rsid w:val="3A056833"/>
    <w:rsid w:val="3A5730DD"/>
    <w:rsid w:val="3AEC04AB"/>
    <w:rsid w:val="3F5352D5"/>
    <w:rsid w:val="3FE541D5"/>
    <w:rsid w:val="42F16941"/>
    <w:rsid w:val="45164F2B"/>
    <w:rsid w:val="46B26368"/>
    <w:rsid w:val="48CBC21F"/>
    <w:rsid w:val="4BED656B"/>
    <w:rsid w:val="51B2FBD2"/>
    <w:rsid w:val="5D2E224B"/>
    <w:rsid w:val="623245C4"/>
    <w:rsid w:val="647F8E21"/>
    <w:rsid w:val="66FE928F"/>
    <w:rsid w:val="689C4EBD"/>
    <w:rsid w:val="6954CC0D"/>
    <w:rsid w:val="6EAD3D8D"/>
    <w:rsid w:val="6FFA73B0"/>
    <w:rsid w:val="771B880B"/>
    <w:rsid w:val="77B5CE6B"/>
    <w:rsid w:val="7ABB2A26"/>
    <w:rsid w:val="7B91232E"/>
    <w:rsid w:val="7C70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A3D516"/>
  <w14:defaultImageDpi w14:val="330"/>
  <w15:docId w15:val="{AB873603-DE17-41F5-80D2-AB816BF9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633"/>
    <w:rPr>
      <w:rFonts w:ascii="Calibri" w:hAnsi="Calibri"/>
      <w:sz w:val="24"/>
      <w:lang w:val="en-I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C17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C17E4"/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1C17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17E4"/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729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9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9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9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9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9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211F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D6768"/>
    <w:rPr>
      <w:color w:val="666666"/>
    </w:rPr>
  </w:style>
  <w:style w:type="character" w:customStyle="1" w:styleId="Style1">
    <w:name w:val="Style1"/>
    <w:basedOn w:val="DefaultParagraphFont"/>
    <w:uiPriority w:val="1"/>
    <w:rsid w:val="004D6768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73B27-4766-44DE-B2C7-DC30E78096C6}"/>
      </w:docPartPr>
      <w:docPartBody>
        <w:p w:rsidR="004161F5" w:rsidRDefault="006239E1"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4D6CB2241074A76A75ACE4A72F3B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6D984-996F-4188-AD83-7436A5AE6724}"/>
      </w:docPartPr>
      <w:docPartBody>
        <w:p w:rsidR="004161F5" w:rsidRDefault="001B0795" w:rsidP="001B0795">
          <w:pPr>
            <w:pStyle w:val="F4D6CB2241074A76A75ACE4A72F3BAC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6BE9DD57B042A78E73AE6C65AB8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F4F7B-EAED-47D4-8B71-F4775D8F4544}"/>
      </w:docPartPr>
      <w:docPartBody>
        <w:p w:rsidR="004161F5" w:rsidRDefault="001B0795" w:rsidP="001B0795">
          <w:pPr>
            <w:pStyle w:val="5C6BE9DD57B042A78E73AE6C65AB81E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4FF17A7DD844238942618D220CA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E0032-1341-4D0F-B597-801AF050C595}"/>
      </w:docPartPr>
      <w:docPartBody>
        <w:p w:rsidR="004161F5" w:rsidRDefault="001B0795" w:rsidP="001B0795">
          <w:pPr>
            <w:pStyle w:val="B94FF17A7DD844238942618D220CAEE0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7E5F504CE04A3283DBB5C362BF53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7E6A42-BB2E-40B9-AE64-BFA7347232A8}"/>
      </w:docPartPr>
      <w:docPartBody>
        <w:p w:rsidR="004161F5" w:rsidRDefault="001B0795" w:rsidP="001B0795">
          <w:pPr>
            <w:pStyle w:val="767E5F504CE04A3283DBB5C362BF53DD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FA136DFCC9400EA3643631FD9D49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B60779-9F46-4D74-94B2-D299C2C9AFD9}"/>
      </w:docPartPr>
      <w:docPartBody>
        <w:p w:rsidR="004161F5" w:rsidRDefault="001B0795" w:rsidP="001B0795">
          <w:pPr>
            <w:pStyle w:val="15FA136DFCC9400EA3643631FD9D49A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8EF154077D4EC492E0AA0274977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E277D-3252-4113-AC48-C899209A754F}"/>
      </w:docPartPr>
      <w:docPartBody>
        <w:p w:rsidR="004161F5" w:rsidRDefault="001B0795" w:rsidP="001B0795">
          <w:pPr>
            <w:pStyle w:val="758EF154077D4EC492E0AA02749775EE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444590C5F4414E83C6454885D57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436DA-3489-4320-8325-06E594784086}"/>
      </w:docPartPr>
      <w:docPartBody>
        <w:p w:rsidR="004161F5" w:rsidRDefault="001B0795" w:rsidP="001B0795">
          <w:pPr>
            <w:pStyle w:val="60444590C5F4414E83C6454885D5753D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6DC268CB3744C7AF90E558EFABE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6E13A-442E-4E8D-AA90-5CA24E1A2261}"/>
      </w:docPartPr>
      <w:docPartBody>
        <w:p w:rsidR="004161F5" w:rsidRDefault="001B0795" w:rsidP="001B0795">
          <w:pPr>
            <w:pStyle w:val="096DC268CB3744C7AF90E558EFABE7F6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EE3227410F4460A6706019F0858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13660-F959-4A4E-ACCD-65148B842725}"/>
      </w:docPartPr>
      <w:docPartBody>
        <w:p w:rsidR="004161F5" w:rsidRDefault="001B0795" w:rsidP="001B0795">
          <w:pPr>
            <w:pStyle w:val="16EE3227410F4460A6706019F08584B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C6ADD19D0A4F7F9AA8A8D4CCB13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D5B49-E395-4B75-9078-B586EE5C441E}"/>
      </w:docPartPr>
      <w:docPartBody>
        <w:p w:rsidR="004161F5" w:rsidRDefault="001B0795" w:rsidP="001B0795">
          <w:pPr>
            <w:pStyle w:val="35C6ADD19D0A4F7F9AA8A8D4CCB1374F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D4EFDEB46F4DD3B07D7D864B6EA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21FFA-1B3A-40C3-A3FC-DC043194BF35}"/>
      </w:docPartPr>
      <w:docPartBody>
        <w:p w:rsidR="004161F5" w:rsidRDefault="001B0795" w:rsidP="001B0795">
          <w:pPr>
            <w:pStyle w:val="0AD4EFDEB46F4DD3B07D7D864B6EAEB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69D259CE28476AA1EB44B74A93B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96CCC-E867-4E95-91D1-688A9161C977}"/>
      </w:docPartPr>
      <w:docPartBody>
        <w:p w:rsidR="004161F5" w:rsidRDefault="001B0795" w:rsidP="001B0795">
          <w:pPr>
            <w:pStyle w:val="C969D259CE28476AA1EB44B74A93B0DE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63D3241B974CB9999FF0EC5B4E2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2E07F-4AE9-4D0D-A78D-9F30A789EEBF}"/>
      </w:docPartPr>
      <w:docPartBody>
        <w:p w:rsidR="004161F5" w:rsidRDefault="001B0795" w:rsidP="001B0795">
          <w:pPr>
            <w:pStyle w:val="4163D3241B974CB9999FF0EC5B4E2B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495584885745569DDCF4FEC1482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29761-65B4-40B4-8D59-62FC7BDC1D80}"/>
      </w:docPartPr>
      <w:docPartBody>
        <w:p w:rsidR="004161F5" w:rsidRDefault="001B0795" w:rsidP="001B0795">
          <w:pPr>
            <w:pStyle w:val="89495584885745569DDCF4FEC1482D05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C6F6902A3B4D4CA7D745FDDA70B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C5269-6BC0-4E87-AF90-388993DC23A2}"/>
      </w:docPartPr>
      <w:docPartBody>
        <w:p w:rsidR="004161F5" w:rsidRDefault="001B0795" w:rsidP="001B0795">
          <w:pPr>
            <w:pStyle w:val="66C6F6902A3B4D4CA7D745FDDA70B68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D965A9EE694FECADF2476D720E7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94C3C-F041-4984-AA6E-E0EA6A8C6F70}"/>
      </w:docPartPr>
      <w:docPartBody>
        <w:p w:rsidR="004161F5" w:rsidRDefault="001B0795" w:rsidP="001B0795">
          <w:pPr>
            <w:pStyle w:val="4CD965A9EE694FECADF2476D720E7B6E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E232A6ADC042DB884957F020A92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97FA8-BB4E-41CD-B6D7-9908A8EB60FD}"/>
      </w:docPartPr>
      <w:docPartBody>
        <w:p w:rsidR="004161F5" w:rsidRDefault="001B0795" w:rsidP="001B0795">
          <w:pPr>
            <w:pStyle w:val="09E232A6ADC042DB884957F020A929B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F7FD3C5E5C4C0992D419903A5AC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E0D55-BED0-4FEA-8D33-AE1441A65F99}"/>
      </w:docPartPr>
      <w:docPartBody>
        <w:p w:rsidR="004161F5" w:rsidRDefault="001B0795" w:rsidP="001B0795">
          <w:pPr>
            <w:pStyle w:val="3DF7FD3C5E5C4C0992D419903A5ACDD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F90F891404138BEF4C8B0986FE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A60B8-E470-4127-A5B4-873BBF17DD31}"/>
      </w:docPartPr>
      <w:docPartBody>
        <w:p w:rsidR="004161F5" w:rsidRDefault="001B0795" w:rsidP="001B0795">
          <w:pPr>
            <w:pStyle w:val="657F90F891404138BEF4C8B0986FE706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113B8A854441D682CE5AC80AFB0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38CB9-2DDF-42F9-A31F-4D2754EDDF19}"/>
      </w:docPartPr>
      <w:docPartBody>
        <w:p w:rsidR="004161F5" w:rsidRDefault="001B0795" w:rsidP="001B0795">
          <w:pPr>
            <w:pStyle w:val="C9113B8A854441D682CE5AC80AFB0860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F5175B57004446843F4F317C13B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BD9BF7-596D-466C-85B2-187839F777C4}"/>
      </w:docPartPr>
      <w:docPartBody>
        <w:p w:rsidR="004161F5" w:rsidRDefault="001B0795" w:rsidP="001B0795">
          <w:pPr>
            <w:pStyle w:val="E3F5175B57004446843F4F317C13BE7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CADD3637F3476CAEF2795719E30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C9D11-0987-4FAD-9B17-E23F574D16FE}"/>
      </w:docPartPr>
      <w:docPartBody>
        <w:p w:rsidR="004161F5" w:rsidRDefault="001B0795" w:rsidP="001B0795">
          <w:pPr>
            <w:pStyle w:val="74CADD3637F3476CAEF2795719E307AF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2E25C8BD59485F83A4E1A3EB66C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8445E-FB06-421F-8F3E-82635DF5DD87}"/>
      </w:docPartPr>
      <w:docPartBody>
        <w:p w:rsidR="004161F5" w:rsidRDefault="001B0795" w:rsidP="001B0795">
          <w:pPr>
            <w:pStyle w:val="6E2E25C8BD59485F83A4E1A3EB66C1C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DFFF9D18954E1993F5C0789B03E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CF19C-3772-49DC-928C-8678FE964B3A}"/>
      </w:docPartPr>
      <w:docPartBody>
        <w:p w:rsidR="004161F5" w:rsidRDefault="001B0795" w:rsidP="001B0795">
          <w:pPr>
            <w:pStyle w:val="CADFFF9D18954E1993F5C0789B03E17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2FF4CA11794B8A841DB2220DF10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E1A22-8CF0-4C92-B742-0B28EE306AA7}"/>
      </w:docPartPr>
      <w:docPartBody>
        <w:p w:rsidR="004161F5" w:rsidRDefault="001B0795" w:rsidP="001B0795">
          <w:pPr>
            <w:pStyle w:val="872FF4CA11794B8A841DB2220DF10EA6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97BD512F134974B65EC5CE1A1FF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046DF-0E89-4173-ABB4-0DF853182A25}"/>
      </w:docPartPr>
      <w:docPartBody>
        <w:p w:rsidR="004161F5" w:rsidRDefault="001B0795" w:rsidP="001B0795">
          <w:pPr>
            <w:pStyle w:val="4E97BD512F134974B65EC5CE1A1FFA5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C24FC1DD4E4C25906C3761C0E44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FC25A-1106-431C-A300-2D25188900C2}"/>
      </w:docPartPr>
      <w:docPartBody>
        <w:p w:rsidR="004161F5" w:rsidRDefault="001B0795" w:rsidP="001B0795">
          <w:pPr>
            <w:pStyle w:val="43C24FC1DD4E4C25906C3761C0E444F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5B51F8A20C49259CB13015EB121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97F9A-6A64-42B5-9CB9-AB1F40B96597}"/>
      </w:docPartPr>
      <w:docPartBody>
        <w:p w:rsidR="004161F5" w:rsidRDefault="001B0795" w:rsidP="001B0795">
          <w:pPr>
            <w:pStyle w:val="6E5B51F8A20C49259CB13015EB12138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A81B7FEB124004A04A95F11ADBD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E7ECD-8C01-4AF7-AFEA-B0800360660B}"/>
      </w:docPartPr>
      <w:docPartBody>
        <w:p w:rsidR="004161F5" w:rsidRDefault="001B0795" w:rsidP="001B0795">
          <w:pPr>
            <w:pStyle w:val="ACA81B7FEB124004A04A95F11ADBD7A7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27C8C8D90949D99B80C3BCC40C6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9C572-48A3-4B5B-A698-D70BF3B8EE4F}"/>
      </w:docPartPr>
      <w:docPartBody>
        <w:p w:rsidR="004161F5" w:rsidRDefault="001B0795" w:rsidP="001B0795">
          <w:pPr>
            <w:pStyle w:val="AB27C8C8D90949D99B80C3BCC40C6D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6BAA36B4CE46CCBA1107A2CA863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91F43-6FB5-4DE3-90BA-1F5CB1BE177C}"/>
      </w:docPartPr>
      <w:docPartBody>
        <w:p w:rsidR="004161F5" w:rsidRDefault="001B0795" w:rsidP="001B0795">
          <w:pPr>
            <w:pStyle w:val="BE6BAA36B4CE46CCBA1107A2CA86328D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98F3A9EE91754E259AFD2F141BD88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84782-090E-4202-89A3-7460A328DBC9}"/>
      </w:docPartPr>
      <w:docPartBody>
        <w:p w:rsidR="004161F5" w:rsidRDefault="001B0795" w:rsidP="001B0795">
          <w:pPr>
            <w:pStyle w:val="98F3A9EE91754E259AFD2F141BD88EC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A562792367E244C2B52C13434E400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BC04D-AA94-4DEA-B6F9-D2C7FDD19880}"/>
      </w:docPartPr>
      <w:docPartBody>
        <w:p w:rsidR="004161F5" w:rsidRDefault="001B0795" w:rsidP="001B0795">
          <w:pPr>
            <w:pStyle w:val="A562792367E244C2B52C13434E400DB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217E49FF2B4BCCB4F3ACCCBA862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59D7B-E3FE-4D7D-8A48-537138D4823B}"/>
      </w:docPartPr>
      <w:docPartBody>
        <w:p w:rsidR="004161F5" w:rsidRDefault="001B0795" w:rsidP="001B0795">
          <w:pPr>
            <w:pStyle w:val="7E217E49FF2B4BCCB4F3ACCCBA862056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B6B6169038418C8F137F03A3BAC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87BEC-2A59-4383-B98F-182EA6BFABD0}"/>
      </w:docPartPr>
      <w:docPartBody>
        <w:p w:rsidR="004161F5" w:rsidRDefault="001B0795" w:rsidP="001B0795">
          <w:pPr>
            <w:pStyle w:val="A6B6B6169038418C8F137F03A3BAC3E6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84038C5BAB4BC98BCFD7720888F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7E6F5-D38E-4E1B-B3B1-04EFC4E90A7F}"/>
      </w:docPartPr>
      <w:docPartBody>
        <w:p w:rsidR="004161F5" w:rsidRDefault="001B0795" w:rsidP="001B0795">
          <w:pPr>
            <w:pStyle w:val="BA84038C5BAB4BC98BCFD7720888F4E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85F1BB5E59479D91B2E845B7410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F6E3BA-30FF-46D0-B7D0-83FCC66A2AA1}"/>
      </w:docPartPr>
      <w:docPartBody>
        <w:p w:rsidR="004161F5" w:rsidRDefault="001B0795" w:rsidP="001B0795">
          <w:pPr>
            <w:pStyle w:val="2A85F1BB5E59479D91B2E845B74103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4A0FEE22AB4D08A85FAFBB84445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DBE88-E99F-4792-9E9A-42C68B064E9A}"/>
      </w:docPartPr>
      <w:docPartBody>
        <w:p w:rsidR="004161F5" w:rsidRDefault="001B0795" w:rsidP="001B0795">
          <w:pPr>
            <w:pStyle w:val="734A0FEE22AB4D08A85FAFBB84445CB9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3AE69983638E496B87E186B118E83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A5A97-697E-41AB-AC27-9442240C6BC5}"/>
      </w:docPartPr>
      <w:docPartBody>
        <w:p w:rsidR="004161F5" w:rsidRDefault="001B0795" w:rsidP="001B0795">
          <w:pPr>
            <w:pStyle w:val="3AE69983638E496B87E186B118E83D05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4E1B8BE8E635423EB269141E9E291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44324-33D8-4AD5-BC47-777873C12F19}"/>
      </w:docPartPr>
      <w:docPartBody>
        <w:p w:rsidR="004161F5" w:rsidRDefault="001B0795" w:rsidP="001B0795">
          <w:pPr>
            <w:pStyle w:val="4E1B8BE8E635423EB269141E9E2912A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2C19E6AA2346A4966003129C441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70BCF-6F6C-429F-8953-A4366B1ADB4B}"/>
      </w:docPartPr>
      <w:docPartBody>
        <w:p w:rsidR="004161F5" w:rsidRDefault="001B0795" w:rsidP="001B0795">
          <w:pPr>
            <w:pStyle w:val="522C19E6AA2346A4966003129C441C2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6DBC8E8B3947CB8F9195F36B67D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466C3-0938-40F3-B80E-AC752137F2CD}"/>
      </w:docPartPr>
      <w:docPartBody>
        <w:p w:rsidR="004161F5" w:rsidRDefault="001B0795" w:rsidP="001B0795">
          <w:pPr>
            <w:pStyle w:val="DC6DBC8E8B3947CB8F9195F36B67D85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487EF4E50B45EF8F8DF0A58099C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3BE07-E9E5-44D9-9E25-682D3147F98A}"/>
      </w:docPartPr>
      <w:docPartBody>
        <w:p w:rsidR="004161F5" w:rsidRDefault="001B0795" w:rsidP="001B0795">
          <w:pPr>
            <w:pStyle w:val="49487EF4E50B45EF8F8DF0A58099CB0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C5AA04D5744E5397F5B4C02E599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08B47-84B5-43E6-81C0-FF80CE0638F8}"/>
      </w:docPartPr>
      <w:docPartBody>
        <w:p w:rsidR="004161F5" w:rsidRDefault="001B0795" w:rsidP="001B0795">
          <w:pPr>
            <w:pStyle w:val="C6C5AA04D5744E5397F5B4C02E599FE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845195F10471BB191FDF6254F4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79696-8872-4F3D-8F49-4B1D149150F6}"/>
      </w:docPartPr>
      <w:docPartBody>
        <w:p w:rsidR="004161F5" w:rsidRDefault="001B0795" w:rsidP="001B0795">
          <w:pPr>
            <w:pStyle w:val="657845195F10471BB191FDF6254F450F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61ABEBA6024587BD9BFFA89B86C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39A1F-2A7E-415C-83F2-9ED9DB2B6482}"/>
      </w:docPartPr>
      <w:docPartBody>
        <w:p w:rsidR="004161F5" w:rsidRDefault="001B0795" w:rsidP="001B0795">
          <w:pPr>
            <w:pStyle w:val="4261ABEBA6024587BD9BFFA89B86CBAD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ECE4C47E07C843CCA2D7255597D07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0068E-C5F7-4300-826A-70045CCF3146}"/>
      </w:docPartPr>
      <w:docPartBody>
        <w:p w:rsidR="004161F5" w:rsidRDefault="001B0795" w:rsidP="001B0795">
          <w:pPr>
            <w:pStyle w:val="ECE4C47E07C843CCA2D7255597D07705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9444CF760006459A89EF2B7CE3AFF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7F74E-9D31-46C5-8E68-8ABBD337504B}"/>
      </w:docPartPr>
      <w:docPartBody>
        <w:p w:rsidR="004161F5" w:rsidRDefault="001B0795" w:rsidP="001B0795">
          <w:pPr>
            <w:pStyle w:val="9444CF760006459A89EF2B7CE3AFF2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51D5A1F2414B9AB219F05CFB3EC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D5F82-167F-4B9B-844B-4C0F7B0C8B6B}"/>
      </w:docPartPr>
      <w:docPartBody>
        <w:p w:rsidR="004161F5" w:rsidRDefault="001B0795" w:rsidP="001B0795">
          <w:pPr>
            <w:pStyle w:val="A451D5A1F2414B9AB219F05CFB3EC45E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8E1C4CC73644419B96786849CD0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B9E4E2-5DC9-4412-995E-2CD5C1732424}"/>
      </w:docPartPr>
      <w:docPartBody>
        <w:p w:rsidR="004161F5" w:rsidRDefault="001B0795" w:rsidP="001B0795">
          <w:pPr>
            <w:pStyle w:val="E58E1C4CC73644419B96786849CD0414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4E4ABAE5DA465E97A6237A78095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22589-F299-4C9E-863D-694D8BA5F36C}"/>
      </w:docPartPr>
      <w:docPartBody>
        <w:p w:rsidR="004161F5" w:rsidRDefault="001B0795" w:rsidP="001B0795">
          <w:pPr>
            <w:pStyle w:val="CA4E4ABAE5DA465E97A6237A7809538C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156AE4FD73954CA688AAE317B3213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54D89-F76C-4B3C-8579-EA2E8196A733}"/>
      </w:docPartPr>
      <w:docPartBody>
        <w:p w:rsidR="004161F5" w:rsidRDefault="001B0795" w:rsidP="001B0795">
          <w:pPr>
            <w:pStyle w:val="156AE4FD73954CA688AAE317B321396B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5A277E4DAE4119840AF2E2D970F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D2EF1-8C4B-40AD-A1A3-1058D7398D87}"/>
      </w:docPartPr>
      <w:docPartBody>
        <w:p w:rsidR="004161F5" w:rsidRDefault="001B0795" w:rsidP="001B0795">
          <w:pPr>
            <w:pStyle w:val="6D5A277E4DAE4119840AF2E2D970FC5F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6FFECF142C4598987272C037E480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FFF58-CD8B-47CA-9A92-700D5D4B22EB}"/>
      </w:docPartPr>
      <w:docPartBody>
        <w:p w:rsidR="004161F5" w:rsidRDefault="001B0795" w:rsidP="001B0795">
          <w:pPr>
            <w:pStyle w:val="586FFECF142C4598987272C037E4807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B6E5FECABF45829BB384A56029A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77E3C-E47F-492F-917F-B367670F50BA}"/>
      </w:docPartPr>
      <w:docPartBody>
        <w:p w:rsidR="004161F5" w:rsidRDefault="001B0795" w:rsidP="001B0795">
          <w:pPr>
            <w:pStyle w:val="0FB6E5FECABF45829BB384A56029A28D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7041F98D97294F33B27DB409BE8E3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810D7-BAC3-4F3C-AC22-3015849488B2}"/>
      </w:docPartPr>
      <w:docPartBody>
        <w:p w:rsidR="004161F5" w:rsidRDefault="001B0795" w:rsidP="001B0795">
          <w:pPr>
            <w:pStyle w:val="7041F98D97294F33B27DB409BE8E34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B6D1D873F4738BF61AE6976378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F29A2-919B-4DA5-9E94-2D5172BCF8D4}"/>
      </w:docPartPr>
      <w:docPartBody>
        <w:p w:rsidR="004161F5" w:rsidRDefault="001B0795" w:rsidP="001B0795">
          <w:pPr>
            <w:pStyle w:val="73AB6D1D873F4738BF61AE697637871D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0891A0A4C04E9D9F8A8F3644975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65F44-5DDA-48A4-9642-C993305A98EF}"/>
      </w:docPartPr>
      <w:docPartBody>
        <w:p w:rsidR="004161F5" w:rsidRDefault="001B0795" w:rsidP="001B0795">
          <w:pPr>
            <w:pStyle w:val="520891A0A4C04E9D9F8A8F3644975C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82574595EA444189787F4DFB8EE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8631A-6AFE-4F51-999B-F563E850910A}"/>
      </w:docPartPr>
      <w:docPartBody>
        <w:p w:rsidR="004161F5" w:rsidRDefault="001B0795" w:rsidP="001B0795">
          <w:pPr>
            <w:pStyle w:val="C582574595EA444189787F4DFB8EE37F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670920D67C4481B676B57D42BEF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3B76D-B474-4900-B332-874E7E539ED4}"/>
      </w:docPartPr>
      <w:docPartBody>
        <w:p w:rsidR="004161F5" w:rsidRDefault="001B0795" w:rsidP="001B0795">
          <w:pPr>
            <w:pStyle w:val="55670920D67C4481B676B57D42BEF39B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34C0B0E50C4165979C1D1CD6EF5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4D27D-680B-4463-BD9E-6BFD859A660B}"/>
      </w:docPartPr>
      <w:docPartBody>
        <w:p w:rsidR="004161F5" w:rsidRDefault="001B0795" w:rsidP="001B0795">
          <w:pPr>
            <w:pStyle w:val="1734C0B0E50C4165979C1D1CD6EF5118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23504971984E3CA014D7D54995C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8ACEB-C183-4290-B4AE-E71E975A024E}"/>
      </w:docPartPr>
      <w:docPartBody>
        <w:p w:rsidR="00667F4B" w:rsidRDefault="004161F5" w:rsidP="004161F5">
          <w:pPr>
            <w:pStyle w:val="0423504971984E3CA014D7D54995C960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98CC7936C024C2988776FBA2CC670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5606D-72F2-420D-A4A5-2B1138A8CD5E}"/>
      </w:docPartPr>
      <w:docPartBody>
        <w:p w:rsidR="00667F4B" w:rsidRDefault="001B0795" w:rsidP="001B0795">
          <w:pPr>
            <w:pStyle w:val="A98CC7936C024C2988776FBA2CC670BD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9B36F7201C45DF99CA9FA9C4290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1CBC0-41C9-418E-9952-13C00E6ED73C}"/>
      </w:docPartPr>
      <w:docPartBody>
        <w:p w:rsidR="00667F4B" w:rsidRDefault="001B0795" w:rsidP="001B0795">
          <w:pPr>
            <w:pStyle w:val="2E9B36F7201C45DF99CA9FA9C42900AE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814CF1CD7A47D3BB560F37A96F9D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433EE-A462-4E7A-9841-E73A061EB40C}"/>
      </w:docPartPr>
      <w:docPartBody>
        <w:p w:rsidR="00667F4B" w:rsidRDefault="001B0795" w:rsidP="001B0795">
          <w:pPr>
            <w:pStyle w:val="09814CF1CD7A47D3BB560F37A96F9D58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93DEAF92564508A217818A964BB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393E0-001B-4B7D-A421-D9B6B2CA1FE4}"/>
      </w:docPartPr>
      <w:docPartBody>
        <w:p w:rsidR="00667F4B" w:rsidRDefault="001B0795" w:rsidP="001B0795">
          <w:pPr>
            <w:pStyle w:val="7793DEAF92564508A217818A964BBBC0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F14FB66A15431389EB3E003A7DA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6AF9D1-D349-4B4C-8AC3-C194B67500ED}"/>
      </w:docPartPr>
      <w:docPartBody>
        <w:p w:rsidR="00FB32F8" w:rsidRDefault="001B0795" w:rsidP="001B0795">
          <w:pPr>
            <w:pStyle w:val="D5F14FB66A15431389EB3E003A7DADB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650B01579224C17841E78E78C0579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E05105-B3F9-4707-A643-A9C4862E43CC}"/>
      </w:docPartPr>
      <w:docPartBody>
        <w:p w:rsidR="00FB32F8" w:rsidRDefault="001B0795" w:rsidP="001B0795">
          <w:pPr>
            <w:pStyle w:val="0650B01579224C17841E78E78C05793F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7D02D12569949259F4B303AE9EE91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A76D1-381F-4CA9-B7AF-88F917F3FC88}"/>
      </w:docPartPr>
      <w:docPartBody>
        <w:p w:rsidR="00FB32F8" w:rsidRDefault="001B0795" w:rsidP="001B0795">
          <w:pPr>
            <w:pStyle w:val="E7D02D12569949259F4B303AE9EE91BE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AA78230F4974F91A466D1A3E44D5E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29B16-3BFD-4A48-8F7F-0BAC8779B0C1}"/>
      </w:docPartPr>
      <w:docPartBody>
        <w:p w:rsidR="00FB32F8" w:rsidRDefault="001B0795" w:rsidP="001B0795">
          <w:pPr>
            <w:pStyle w:val="CAA78230F4974F91A466D1A3E44D5E2D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F0CFA2EC4C7B4356B9A2A03A62C389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DF5D85-CB3E-4A44-9637-CCF8369D9D55}"/>
      </w:docPartPr>
      <w:docPartBody>
        <w:p w:rsidR="00FB32F8" w:rsidRDefault="001B0795" w:rsidP="001B0795">
          <w:pPr>
            <w:pStyle w:val="F0CFA2EC4C7B4356B9A2A03A62C38968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380793E9EE044989EB44762814E78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A11D0B-E82C-43C9-ACEC-A191B2932E65}"/>
      </w:docPartPr>
      <w:docPartBody>
        <w:p w:rsidR="00FB32F8" w:rsidRDefault="001B0795" w:rsidP="001B0795">
          <w:pPr>
            <w:pStyle w:val="9380793E9EE044989EB44762814E78B6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E951C26B4874E2787CBE628EA2C20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0264B1-7029-4E4B-B362-40B4EA5114CB}"/>
      </w:docPartPr>
      <w:docPartBody>
        <w:p w:rsidR="00FB32F8" w:rsidRDefault="001B0795" w:rsidP="001B0795">
          <w:pPr>
            <w:pStyle w:val="0E951C26B4874E2787CBE628EA2C2094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7E5AC0373094234B85BEF415F1A89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B2388E-C272-4943-B48F-BBC861F70C42}"/>
      </w:docPartPr>
      <w:docPartBody>
        <w:p w:rsidR="00FB32F8" w:rsidRDefault="001B0795" w:rsidP="001B0795">
          <w:pPr>
            <w:pStyle w:val="07E5AC0373094234B85BEF415F1A8998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3ED87B2022A34B2198DC2B217B191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83268-A1D0-414B-9E4C-274FBCEDF1FC}"/>
      </w:docPartPr>
      <w:docPartBody>
        <w:p w:rsidR="00FB32F8" w:rsidRDefault="001B0795" w:rsidP="001B0795">
          <w:pPr>
            <w:pStyle w:val="3ED87B2022A34B2198DC2B217B191AF1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784E538356841158C171F82ADDD53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2B5282-FD07-4F29-B2DF-18CFE9726881}"/>
      </w:docPartPr>
      <w:docPartBody>
        <w:p w:rsidR="008B2AB1" w:rsidRDefault="001B0795" w:rsidP="001B0795">
          <w:pPr>
            <w:pStyle w:val="E784E538356841158C171F82ADDD532E"/>
          </w:pPr>
          <w:r w:rsidRPr="00446759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A52E9F0F3C3549C29B060FC2F2A6D5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D4201-BD6A-4DAB-AB1B-0CB0DC782216}"/>
      </w:docPartPr>
      <w:docPartBody>
        <w:p w:rsidR="008B2AB1" w:rsidRDefault="001B0795" w:rsidP="001B0795">
          <w:pPr>
            <w:pStyle w:val="A52E9F0F3C3549C29B060FC2F2A6D578"/>
          </w:pPr>
          <w:r w:rsidRPr="00016A95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136CB3F2E58949E09F2EAE0D704C7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172621-4597-4216-BC04-C30185824784}"/>
      </w:docPartPr>
      <w:docPartBody>
        <w:p w:rsidR="008B2AB1" w:rsidRDefault="001B0795" w:rsidP="001B0795">
          <w:pPr>
            <w:pStyle w:val="136CB3F2E58949E09F2EAE0D704C7EE0"/>
          </w:pPr>
          <w:r w:rsidRPr="00016A95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F98BD6A7E484DF08110B1C4E624D3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118609-F20C-4529-ABA2-5109F4885419}"/>
      </w:docPartPr>
      <w:docPartBody>
        <w:p w:rsidR="008B2AB1" w:rsidRDefault="001B0795" w:rsidP="001B0795">
          <w:pPr>
            <w:pStyle w:val="9F98BD6A7E484DF08110B1C4E624D3D0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3C5AFA5E7E4902A9BB228B214E57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779EC-FA3C-4FD2-8E32-369D0D2FA589}"/>
      </w:docPartPr>
      <w:docPartBody>
        <w:p w:rsidR="008B2AB1" w:rsidRDefault="001B0795" w:rsidP="001B0795">
          <w:pPr>
            <w:pStyle w:val="233C5AFA5E7E4902A9BB228B214E579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8839E78C2545FD826212E931A37F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12E05B-A3D6-4E97-8A6E-F29C8DCFDB1D}"/>
      </w:docPartPr>
      <w:docPartBody>
        <w:p w:rsidR="008B2AB1" w:rsidRDefault="001B0795" w:rsidP="001B0795">
          <w:pPr>
            <w:pStyle w:val="1B8839E78C2545FD826212E931A37F3B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B61E07360347BCBC59BA9F385F72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F78943-DE9A-4924-872C-15CCE11D74A6}"/>
      </w:docPartPr>
      <w:docPartBody>
        <w:p w:rsidR="008B2AB1" w:rsidRDefault="001B0795" w:rsidP="001B0795">
          <w:pPr>
            <w:pStyle w:val="69B61E07360347BCBC59BA9F385F7236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ADD47DEE724B839CD6026B1BF75A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7291A8-F484-4BB9-8846-C1B8F35BA8ED}"/>
      </w:docPartPr>
      <w:docPartBody>
        <w:p w:rsidR="008B2AB1" w:rsidRDefault="001B0795" w:rsidP="001B0795">
          <w:pPr>
            <w:pStyle w:val="EEADD47DEE724B839CD6026B1BF75AA9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2636CEBDA55446F2B898CE82D65A7F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64DA02-F66D-478A-936F-27E433FF3BBB}"/>
      </w:docPartPr>
      <w:docPartBody>
        <w:p w:rsidR="008B2AB1" w:rsidRDefault="001B0795" w:rsidP="001B0795">
          <w:pPr>
            <w:pStyle w:val="2636CEBDA55446F2B898CE82D65A7F19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B1AD7A19AFD34107A93F340107E987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F282F6-687A-4C59-99CF-884144880502}"/>
      </w:docPartPr>
      <w:docPartBody>
        <w:p w:rsidR="008B2AB1" w:rsidRDefault="001B0795" w:rsidP="001B0795">
          <w:pPr>
            <w:pStyle w:val="B1AD7A19AFD34107A93F340107E987C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6A75EF89754CCCA94133C3ED1483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2E0FB0-CB23-4A52-9EA4-D532E1C29D57}"/>
      </w:docPartPr>
      <w:docPartBody>
        <w:p w:rsidR="008B2AB1" w:rsidRDefault="001B0795" w:rsidP="001B0795">
          <w:pPr>
            <w:pStyle w:val="886A75EF89754CCCA94133C3ED148370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D57F54BA834AB1B5607992871117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7E4660-D68B-4E91-BECB-84B53041CEB0}"/>
      </w:docPartPr>
      <w:docPartBody>
        <w:p w:rsidR="008B2AB1" w:rsidRDefault="001B0795" w:rsidP="001B0795">
          <w:pPr>
            <w:pStyle w:val="5ED57F54BA834AB1B5607992871117D0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FABCABA0B9461DA7D3E68645D5FA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B27A21-7C12-4F7C-B26D-BC731D9D3327}"/>
      </w:docPartPr>
      <w:docPartBody>
        <w:p w:rsidR="008B2AB1" w:rsidRDefault="001B0795" w:rsidP="001B0795">
          <w:pPr>
            <w:pStyle w:val="6DFABCABA0B9461DA7D3E68645D5FAB7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D90A19DFEA52488BB99915162C9396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BAD4C1-B93A-4C83-A922-33F676BFAD5F}"/>
      </w:docPartPr>
      <w:docPartBody>
        <w:p w:rsidR="008B2AB1" w:rsidRDefault="001B0795" w:rsidP="001B0795">
          <w:pPr>
            <w:pStyle w:val="D90A19DFEA52488BB99915162C93968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1563FD68FD43D5BA165673FF6D13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6ABF75-529B-455E-B81A-D7AEB6FCF9D7}"/>
      </w:docPartPr>
      <w:docPartBody>
        <w:p w:rsidR="008B2AB1" w:rsidRDefault="001B0795" w:rsidP="001B0795">
          <w:pPr>
            <w:pStyle w:val="521563FD68FD43D5BA165673FF6D1378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408CFFC6BA4AA5A655C4CB9E8D33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D4A3E5-029B-4B7B-ACB2-88540755CD8B}"/>
      </w:docPartPr>
      <w:docPartBody>
        <w:p w:rsidR="008B2AB1" w:rsidRDefault="001B0795" w:rsidP="001B0795">
          <w:pPr>
            <w:pStyle w:val="AE408CFFC6BA4AA5A655C4CB9E8D33BD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77C883E787A7487E8AC9A2460D0D61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BCF150-83FF-4F4E-8568-AE575AA626C3}"/>
      </w:docPartPr>
      <w:docPartBody>
        <w:p w:rsidR="008B2AB1" w:rsidRDefault="001B0795" w:rsidP="001B0795">
          <w:pPr>
            <w:pStyle w:val="77C883E787A7487E8AC9A2460D0D6120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EDFABB6305204921AB41714CDBEF1F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61CCC7-EC6E-4235-AE3F-C914F0C4399F}"/>
      </w:docPartPr>
      <w:docPartBody>
        <w:p w:rsidR="008B2AB1" w:rsidRDefault="001B0795" w:rsidP="001B0795">
          <w:pPr>
            <w:pStyle w:val="EDFABB6305204921AB41714CDBEF1F2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948876AF22424CB7ED2F5AF92F9C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3A816-F1A3-41C6-9F4B-FEE33DF23F86}"/>
      </w:docPartPr>
      <w:docPartBody>
        <w:p w:rsidR="008B2AB1" w:rsidRDefault="001B0795" w:rsidP="001B0795">
          <w:pPr>
            <w:pStyle w:val="39948876AF22424CB7ED2F5AF92F9C4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EA29DA30454295831DD7CCFD0893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2FC8B-6295-4D64-BF9F-CC8772FA8AF8}"/>
      </w:docPartPr>
      <w:docPartBody>
        <w:p w:rsidR="008B2AB1" w:rsidRDefault="001B0795" w:rsidP="001B0795">
          <w:pPr>
            <w:pStyle w:val="4EEA29DA30454295831DD7CCFD08932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7380ACF96F4D0C8C1A7DCE5CFD83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0B5038-9A21-42CC-AE30-A989AD75AA97}"/>
      </w:docPartPr>
      <w:docPartBody>
        <w:p w:rsidR="001B0795" w:rsidRDefault="001B0795" w:rsidP="001B0795">
          <w:pPr>
            <w:pStyle w:val="767380ACF96F4D0C8C1A7DCE5CFD83A81"/>
          </w:pPr>
          <w:r w:rsidRPr="002B052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84726E4634714F09A2BFEF3AAB52C7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8DF6E9-9037-4919-8128-FB01E2056036}"/>
      </w:docPartPr>
      <w:docPartBody>
        <w:p w:rsidR="00DC6F2F" w:rsidRDefault="001B0795" w:rsidP="001B0795">
          <w:pPr>
            <w:pStyle w:val="84726E4634714F09A2BFEF3AAB52C75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E722D9AD044456BDFE81AEA67620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561CD3-E6EE-41A1-8289-CB76857C63EE}"/>
      </w:docPartPr>
      <w:docPartBody>
        <w:p w:rsidR="00DC6F2F" w:rsidRDefault="001B0795" w:rsidP="001B0795">
          <w:pPr>
            <w:pStyle w:val="E6E722D9AD044456BDFE81AEA6762060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CA7E9ED32EAF4C10B46ACEE313024E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C7E494-FF86-4749-AFB6-C68B04E01054}"/>
      </w:docPartPr>
      <w:docPartBody>
        <w:p w:rsidR="00DC6F2F" w:rsidRDefault="001B0795" w:rsidP="001B0795">
          <w:pPr>
            <w:pStyle w:val="CA7E9ED32EAF4C10B46ACEE313024E7F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474325210F9A456E8C056415E48010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F93260-C36E-49F5-AF82-B1193148492D}"/>
      </w:docPartPr>
      <w:docPartBody>
        <w:p w:rsidR="00DC6F2F" w:rsidRDefault="001B0795" w:rsidP="001B0795">
          <w:pPr>
            <w:pStyle w:val="474325210F9A456E8C056415E48010A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F7BB8A3A804A37947E68A29B534A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77C8F4-A753-41B3-AB10-616458142954}"/>
      </w:docPartPr>
      <w:docPartBody>
        <w:p w:rsidR="00DC6F2F" w:rsidRDefault="001B0795" w:rsidP="001B0795">
          <w:pPr>
            <w:pStyle w:val="11F7BB8A3A804A37947E68A29B534A2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6D32C5AC044B54B136CF46EE5B8E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37F4BC-DC09-4478-91E1-DB0FC8864301}"/>
      </w:docPartPr>
      <w:docPartBody>
        <w:p w:rsidR="00DC6F2F" w:rsidRDefault="001B0795" w:rsidP="001B0795">
          <w:pPr>
            <w:pStyle w:val="B06D32C5AC044B54B136CF46EE5B8E8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8B345C00FD42068E8D8745F06D1C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D6DDF7-2C0F-42DB-B658-46F6A18AA5A1}"/>
      </w:docPartPr>
      <w:docPartBody>
        <w:p w:rsidR="00DC6F2F" w:rsidRDefault="001B0795" w:rsidP="001B0795">
          <w:pPr>
            <w:pStyle w:val="008B345C00FD42068E8D8745F06D1CD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36DFBF04D14EA191C64EC9B3CCAF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BC332A-DA41-4AE6-91B1-B35785B45191}"/>
      </w:docPartPr>
      <w:docPartBody>
        <w:p w:rsidR="00DC6F2F" w:rsidRDefault="001B0795" w:rsidP="001B0795">
          <w:pPr>
            <w:pStyle w:val="FC36DFBF04D14EA191C64EC9B3CCAFC7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4898128ACD48EDB3B15E7B02F3B3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352CE7-AC83-4CF5-A416-96373D019B30}"/>
      </w:docPartPr>
      <w:docPartBody>
        <w:p w:rsidR="00DC6F2F" w:rsidRDefault="001B0795" w:rsidP="001B0795">
          <w:pPr>
            <w:pStyle w:val="504898128ACD48EDB3B15E7B02F3B3C1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73C88B888AE848628C3D081D7E3D33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6D336-C41A-4A4B-8E21-B9256B6F9250}"/>
      </w:docPartPr>
      <w:docPartBody>
        <w:p w:rsidR="00DC6F2F" w:rsidRDefault="001B0795" w:rsidP="001B0795">
          <w:pPr>
            <w:pStyle w:val="73C88B888AE848628C3D081D7E3D33A2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799D09EE2491460694830864264006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62DABE-E034-4444-9984-51A3185547FD}"/>
      </w:docPartPr>
      <w:docPartBody>
        <w:p w:rsidR="00DC6F2F" w:rsidRDefault="001B0795" w:rsidP="001B0795">
          <w:pPr>
            <w:pStyle w:val="799D09EE24914606948308642640068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F985669C6449AEA50B4DEFFAACA3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2ED19-573D-481F-AED1-56CDDB7ED035}"/>
      </w:docPartPr>
      <w:docPartBody>
        <w:p w:rsidR="00DC6F2F" w:rsidRDefault="001B0795" w:rsidP="001B0795">
          <w:pPr>
            <w:pStyle w:val="8DF985669C6449AEA50B4DEFFAACA3A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73186C976B4290B74C37FAEA9DDF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06C55A-894E-4034-8A73-63F884A3B0DD}"/>
      </w:docPartPr>
      <w:docPartBody>
        <w:p w:rsidR="00DC6F2F" w:rsidRDefault="001B0795" w:rsidP="001B0795">
          <w:pPr>
            <w:pStyle w:val="FA73186C976B4290B74C37FAEA9DDFA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2E909487574BBA8D9E8C686955A2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892410-2ADD-4FCC-AF56-C49D6C2036E3}"/>
      </w:docPartPr>
      <w:docPartBody>
        <w:p w:rsidR="00DC6F2F" w:rsidRDefault="001B0795" w:rsidP="001B0795">
          <w:pPr>
            <w:pStyle w:val="A52E909487574BBA8D9E8C686955A27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3409B67EE04C5D9D829E9FD3B1C6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D746A5-F6D1-46A5-9DC0-14E4FE140227}"/>
      </w:docPartPr>
      <w:docPartBody>
        <w:p w:rsidR="00DC6F2F" w:rsidRDefault="001B0795" w:rsidP="001B0795">
          <w:pPr>
            <w:pStyle w:val="863409B67EE04C5D9D829E9FD3B1C6B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BA97163B364FC7ABD382C7B0DC16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9807E9-13AD-4209-93D2-96CE5243D2EE}"/>
      </w:docPartPr>
      <w:docPartBody>
        <w:p w:rsidR="00DC6F2F" w:rsidRDefault="001B0795" w:rsidP="001B0795">
          <w:pPr>
            <w:pStyle w:val="79BA97163B364FC7ABD382C7B0DC16BD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70C7DC65EE344331922E4E01D807D6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25BA71-29B3-46F5-9E9E-02B7E18CF592}"/>
      </w:docPartPr>
      <w:docPartBody>
        <w:p w:rsidR="00DC6F2F" w:rsidRDefault="001B0795" w:rsidP="001B0795">
          <w:pPr>
            <w:pStyle w:val="70C7DC65EE344331922E4E01D807D616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D37250311FCE470DBBE0A43C0E693E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AE4A28-F9EF-457F-8482-3FB592FD383D}"/>
      </w:docPartPr>
      <w:docPartBody>
        <w:p w:rsidR="00DC6F2F" w:rsidRDefault="001B0795" w:rsidP="001B0795">
          <w:pPr>
            <w:pStyle w:val="D37250311FCE470DBBE0A43C0E693E0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BB0C190AB34B3C83B418F237A4CD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48411A-F4C3-4920-9636-732C3A8711AD}"/>
      </w:docPartPr>
      <w:docPartBody>
        <w:p w:rsidR="00DC6F2F" w:rsidRDefault="001B0795" w:rsidP="001B0795">
          <w:pPr>
            <w:pStyle w:val="6EBB0C190AB34B3C83B418F237A4CD7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E8DD1E3A95456AB4023BEEF331E9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5994E1-1085-4D42-9F74-1FC5911C395D}"/>
      </w:docPartPr>
      <w:docPartBody>
        <w:p w:rsidR="00DC6F2F" w:rsidRDefault="001B0795" w:rsidP="001B0795">
          <w:pPr>
            <w:pStyle w:val="54E8DD1E3A95456AB4023BEEF331E9F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17DD13E10144A1A1A27D57676D75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36BFFB-F95A-4EA0-9F65-24ABC4629C7A}"/>
      </w:docPartPr>
      <w:docPartBody>
        <w:p w:rsidR="00DC6F2F" w:rsidRDefault="001B0795" w:rsidP="001B0795">
          <w:pPr>
            <w:pStyle w:val="5B17DD13E10144A1A1A27D57676D7587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46852F4EB54366A88FA1AD3D7E25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B786F8-62D1-4465-9D04-E17C5C35E68F}"/>
      </w:docPartPr>
      <w:docPartBody>
        <w:p w:rsidR="00DC6F2F" w:rsidRDefault="001B0795" w:rsidP="001B0795">
          <w:pPr>
            <w:pStyle w:val="3D46852F4EB54366A88FA1AD3D7E25D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39F2E94444470481D8ECC2630F50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748ECA-7241-47A7-8E36-A045FDEA12A9}"/>
      </w:docPartPr>
      <w:docPartBody>
        <w:p w:rsidR="00DC6F2F" w:rsidRDefault="001B0795" w:rsidP="001B0795">
          <w:pPr>
            <w:pStyle w:val="0A39F2E94444470481D8ECC2630F50F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D44D2BB20A4CEC8C5B50657B083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ED99A2-FB96-49B9-859B-EEA10CE4B3AD}"/>
      </w:docPartPr>
      <w:docPartBody>
        <w:p w:rsidR="00DC6F2F" w:rsidRDefault="001B0795" w:rsidP="001B0795">
          <w:pPr>
            <w:pStyle w:val="12D44D2BB20A4CEC8C5B50657B0834B0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EDFCEFBE4D90455A8907A8B718905A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E9EECA-A412-482A-A59E-09024B669EDD}"/>
      </w:docPartPr>
      <w:docPartBody>
        <w:p w:rsidR="00DC6F2F" w:rsidRDefault="001B0795" w:rsidP="001B0795">
          <w:pPr>
            <w:pStyle w:val="EDFCEFBE4D90455A8907A8B718905AB3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2BCAE862AB254C36A328027BEFD75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11C8D0-3903-4CCA-B4A2-B8024C439FC7}"/>
      </w:docPartPr>
      <w:docPartBody>
        <w:p w:rsidR="00DC6F2F" w:rsidRDefault="001B0795" w:rsidP="001B0795">
          <w:pPr>
            <w:pStyle w:val="2BCAE862AB254C36A328027BEFD75C8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120C6C053E4C1FA2A1102DC62077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E6D941-892F-494A-91AC-417EFDC42EC9}"/>
      </w:docPartPr>
      <w:docPartBody>
        <w:p w:rsidR="00DC6F2F" w:rsidRDefault="001B0795" w:rsidP="001B0795">
          <w:pPr>
            <w:pStyle w:val="B1120C6C053E4C1FA2A1102DC620772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8D02402B2A4D5CB3C17F6EBAF462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54E6C2-AF17-43FF-9961-1DE206185044}"/>
      </w:docPartPr>
      <w:docPartBody>
        <w:p w:rsidR="00DC6F2F" w:rsidRDefault="001B0795" w:rsidP="001B0795">
          <w:pPr>
            <w:pStyle w:val="E08D02402B2A4D5CB3C17F6EBAF462D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7DF5C75CBD4D718AD1D5F0ED1C51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F390A6-8B92-459F-BE93-EB554CE78E03}"/>
      </w:docPartPr>
      <w:docPartBody>
        <w:p w:rsidR="00DC6F2F" w:rsidRDefault="001B0795" w:rsidP="001B0795">
          <w:pPr>
            <w:pStyle w:val="787DF5C75CBD4D718AD1D5F0ED1C511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4CAC1B952D47F28053E399F31355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3A1612-85EB-428A-A0D9-9D08234A2A97}"/>
      </w:docPartPr>
      <w:docPartBody>
        <w:p w:rsidR="00DC6F2F" w:rsidRDefault="001B0795" w:rsidP="001B0795">
          <w:pPr>
            <w:pStyle w:val="324CAC1B952D47F28053E399F31355D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AC48042465492EA453428BC9DEBA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A919DE-5E58-4C33-A35A-0A4E192C73C1}"/>
      </w:docPartPr>
      <w:docPartBody>
        <w:p w:rsidR="00DC6F2F" w:rsidRDefault="001B0795" w:rsidP="001B0795">
          <w:pPr>
            <w:pStyle w:val="78AC48042465492EA453428BC9DEBA96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B3F5B1F03C244AAF8FA2C7ADEE2845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BDEA60-956F-4CCE-AB11-58694EE807CA}"/>
      </w:docPartPr>
      <w:docPartBody>
        <w:p w:rsidR="00DC6F2F" w:rsidRDefault="001B0795" w:rsidP="001B0795">
          <w:pPr>
            <w:pStyle w:val="B3F5B1F03C244AAF8FA2C7ADEE28458E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18DA76CA71284FC0B6B8797F4F32DB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82B8C5-5D7B-4144-B581-B97C341E1168}"/>
      </w:docPartPr>
      <w:docPartBody>
        <w:p w:rsidR="00DC6F2F" w:rsidRDefault="001B0795" w:rsidP="001B0795">
          <w:pPr>
            <w:pStyle w:val="18DA76CA71284FC0B6B8797F4F32DBB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F48C8A222F44259719ACE92C8B26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F14141-C07C-4B01-B6BC-EBC24B698F1B}"/>
      </w:docPartPr>
      <w:docPartBody>
        <w:p w:rsidR="00DC6F2F" w:rsidRDefault="001B0795" w:rsidP="001B0795">
          <w:pPr>
            <w:pStyle w:val="72F48C8A222F44259719ACE92C8B262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3A88B63CCE44F2BFE6CC98E03FFC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2505B1-7144-46E7-8902-C74CA9D039A7}"/>
      </w:docPartPr>
      <w:docPartBody>
        <w:p w:rsidR="00DC6F2F" w:rsidRDefault="001B0795" w:rsidP="001B0795">
          <w:pPr>
            <w:pStyle w:val="1D3A88B63CCE44F2BFE6CC98E03FFC5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552DC16F7840B3A15330A2571DF4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D8B495-010F-4F6E-9881-88BF37816E46}"/>
      </w:docPartPr>
      <w:docPartBody>
        <w:p w:rsidR="00DC6F2F" w:rsidRDefault="001B0795" w:rsidP="001B0795">
          <w:pPr>
            <w:pStyle w:val="5B552DC16F7840B3A15330A2571DF49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64A235278847C29E9E062DA8DEEB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A5F4A6-0A4A-4D53-B404-922119FBD3FA}"/>
      </w:docPartPr>
      <w:docPartBody>
        <w:p w:rsidR="00DC6F2F" w:rsidRDefault="001B0795" w:rsidP="001B0795">
          <w:pPr>
            <w:pStyle w:val="8464A235278847C29E9E062DA8DEEBA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6E0F12D6304C5CA1EFBEAEA6D319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8CC055-60D7-49F5-BED1-7C4298167BB6}"/>
      </w:docPartPr>
      <w:docPartBody>
        <w:p w:rsidR="00DC6F2F" w:rsidRDefault="001B0795" w:rsidP="001B0795">
          <w:pPr>
            <w:pStyle w:val="FC6E0F12D6304C5CA1EFBEAEA6D3192E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F4A805E283B2483F91E98CB3A0A138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0BDD7B-E26C-47EB-9968-098D4EB71FC9}"/>
      </w:docPartPr>
      <w:docPartBody>
        <w:p w:rsidR="00DC6F2F" w:rsidRDefault="001B0795" w:rsidP="001B0795">
          <w:pPr>
            <w:pStyle w:val="F4A805E283B2483F91E98CB3A0A13862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BD1E015BD7034EDDBF76193EE8AD74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B7DE0-BAC6-426C-A38F-E02032F511A0}"/>
      </w:docPartPr>
      <w:docPartBody>
        <w:p w:rsidR="00DC6F2F" w:rsidRDefault="001B0795" w:rsidP="001B0795">
          <w:pPr>
            <w:pStyle w:val="BD1E015BD7034EDDBF76193EE8AD747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F6F625AA3A4A619343DE1D09F90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04C0D0-E343-4EF0-A0E5-E77640EF674B}"/>
      </w:docPartPr>
      <w:docPartBody>
        <w:p w:rsidR="00DC6F2F" w:rsidRDefault="001B0795" w:rsidP="001B0795">
          <w:pPr>
            <w:pStyle w:val="A9F6F625AA3A4A619343DE1D09F90D2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3AE95A03DD4F2EBDF59C9A3F9071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F4DE19-391B-4153-82BE-D1E06A713899}"/>
      </w:docPartPr>
      <w:docPartBody>
        <w:p w:rsidR="00DC6F2F" w:rsidRDefault="001B0795" w:rsidP="001B0795">
          <w:pPr>
            <w:pStyle w:val="783AE95A03DD4F2EBDF59C9A3F9071D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5B28ECC1F1458CA792FD81F32C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774B9-AB25-439F-A0B4-D73517ED4CD9}"/>
      </w:docPartPr>
      <w:docPartBody>
        <w:p w:rsidR="00DC6F2F" w:rsidRDefault="001B0795" w:rsidP="001B0795">
          <w:pPr>
            <w:pStyle w:val="FA5B28ECC1F1458CA792FD81F32CB50B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9950594EF100444DB77C72C77CD6D8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155E24-A7DB-4EBF-8D89-7376B6265892}"/>
      </w:docPartPr>
      <w:docPartBody>
        <w:p w:rsidR="00DC6F2F" w:rsidRDefault="001B0795" w:rsidP="001B0795">
          <w:pPr>
            <w:pStyle w:val="9950594EF100444DB77C72C77CD6D83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8055CE90DB4EAFB742D370A9DC34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47C7F5-C6FB-439D-B9B5-C1853040BF24}"/>
      </w:docPartPr>
      <w:docPartBody>
        <w:p w:rsidR="00DC6F2F" w:rsidRDefault="001B0795" w:rsidP="001B0795">
          <w:pPr>
            <w:pStyle w:val="3A8055CE90DB4EAFB742D370A9DC348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1158EBF80E4E71BBC4F1C30DFF30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AAB31-3787-41FC-9373-B0FDAD5243ED}"/>
      </w:docPartPr>
      <w:docPartBody>
        <w:p w:rsidR="00DC6F2F" w:rsidRDefault="001B0795" w:rsidP="001B0795">
          <w:pPr>
            <w:pStyle w:val="C51158EBF80E4E71BBC4F1C30DFF308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6F52E791E94ACABC3FF9E7D47DC8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71640A-1E50-4A49-8AD5-7D83D934848B}"/>
      </w:docPartPr>
      <w:docPartBody>
        <w:p w:rsidR="00DC6F2F" w:rsidRDefault="001B0795" w:rsidP="001B0795">
          <w:pPr>
            <w:pStyle w:val="4C6F52E791E94ACABC3FF9E7D47DC8E3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8E724E38AE214B23BBA09C0C9E8404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84773A-8225-46EF-AE1E-0E354801108A}"/>
      </w:docPartPr>
      <w:docPartBody>
        <w:p w:rsidR="00DC6F2F" w:rsidRDefault="001B0795" w:rsidP="001B0795">
          <w:pPr>
            <w:pStyle w:val="8E724E38AE214B23BBA09C0C9E84047D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7EA004EDBD3F40759C88381F22CC7B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489CCB-37A8-40AF-9643-250677179DBE}"/>
      </w:docPartPr>
      <w:docPartBody>
        <w:p w:rsidR="00DC6F2F" w:rsidRDefault="001B0795" w:rsidP="001B0795">
          <w:pPr>
            <w:pStyle w:val="7EA004EDBD3F40759C88381F22CC7B4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C1623B7F9F4E1D9C984CCFB0DBCE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B92649-5789-4742-8603-A3FE94EEE317}"/>
      </w:docPartPr>
      <w:docPartBody>
        <w:p w:rsidR="00DC6F2F" w:rsidRDefault="001B0795" w:rsidP="001B0795">
          <w:pPr>
            <w:pStyle w:val="8BC1623B7F9F4E1D9C984CCFB0DBCE6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3CF88BC8554885993A85A003834F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8A9E5F-D01E-4CDB-8739-76F497520D95}"/>
      </w:docPartPr>
      <w:docPartBody>
        <w:p w:rsidR="00DC6F2F" w:rsidRDefault="001B0795" w:rsidP="001B0795">
          <w:pPr>
            <w:pStyle w:val="E93CF88BC8554885993A85A003834FC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7C043BF26B842B492F61942CD10B5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3C1B1-F489-496A-9B65-BBF43E8173EE}"/>
      </w:docPartPr>
      <w:docPartBody>
        <w:p w:rsidR="00DC6F2F" w:rsidRDefault="001B0795" w:rsidP="001B0795">
          <w:pPr>
            <w:pStyle w:val="37C043BF26B842B492F61942CD10B5D2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3F9FEC2FF31F4B22A42B22FFA28E5A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163DE4-0657-4123-AAD1-95C989DA9B00}"/>
      </w:docPartPr>
      <w:docPartBody>
        <w:p w:rsidR="00DC6F2F" w:rsidRDefault="001B0795" w:rsidP="001B0795">
          <w:pPr>
            <w:pStyle w:val="3F9FEC2FF31F4B22A42B22FFA28E5A3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6699860210439B9E102A4DBA7B4A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1CBD36-2E44-4394-A55D-763F56F89F16}"/>
      </w:docPartPr>
      <w:docPartBody>
        <w:p w:rsidR="00DC6F2F" w:rsidRDefault="001B0795" w:rsidP="001B0795">
          <w:pPr>
            <w:pStyle w:val="876699860210439B9E102A4DBA7B4A7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7F7037485E4A4F976C3B4D94A97E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F0E95B-5D6C-4B01-8905-1B7C355FDE50}"/>
      </w:docPartPr>
      <w:docPartBody>
        <w:p w:rsidR="00DC6F2F" w:rsidRDefault="001B0795" w:rsidP="001B0795">
          <w:pPr>
            <w:pStyle w:val="517F7037485E4A4F976C3B4D94A97EB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8545392AB845AC9C38B617CA7995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E8666D-BAEE-4BC0-8C5E-6EF7F20511ED}"/>
      </w:docPartPr>
      <w:docPartBody>
        <w:p w:rsidR="00DC6F2F" w:rsidRDefault="001B0795" w:rsidP="001B0795">
          <w:pPr>
            <w:pStyle w:val="9E8545392AB845AC9C38B617CA799537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BA0282E4194093932505BC88B58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CDD8E5-82DA-433C-B1AA-59BDEFF74AF8}"/>
      </w:docPartPr>
      <w:docPartBody>
        <w:p w:rsidR="00DC6F2F" w:rsidRDefault="001B0795" w:rsidP="001B0795">
          <w:pPr>
            <w:pStyle w:val="52BA0282E4194093932505BC88B584F2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F33DB954DE8C453C928DF548B77772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9D5578-01F0-4930-836C-CEC2BF6A8B1F}"/>
      </w:docPartPr>
      <w:docPartBody>
        <w:p w:rsidR="00DC6F2F" w:rsidRDefault="001B0795" w:rsidP="001B0795">
          <w:pPr>
            <w:pStyle w:val="F33DB954DE8C453C928DF548B77772D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64D5F9DECB4866B824F65FD2356E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A221AF-DED9-4234-9ADB-DEA0C9D1309F}"/>
      </w:docPartPr>
      <w:docPartBody>
        <w:p w:rsidR="00DC6F2F" w:rsidRDefault="001B0795" w:rsidP="001B0795">
          <w:pPr>
            <w:pStyle w:val="E064D5F9DECB4866B824F65FD2356E3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C70B058B094461B2DBFB28343905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5C8245-97D5-492A-ADD8-274FE3BC67DE}"/>
      </w:docPartPr>
      <w:docPartBody>
        <w:p w:rsidR="00DC6F2F" w:rsidRDefault="001B0795" w:rsidP="001B0795">
          <w:pPr>
            <w:pStyle w:val="6EC70B058B094461B2DBFB283439058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965C4F531A48E7846C0C0A6CFB37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0DFC71-236F-4518-AB74-B65D3E1A7460}"/>
      </w:docPartPr>
      <w:docPartBody>
        <w:p w:rsidR="00DC6F2F" w:rsidRDefault="001B0795" w:rsidP="001B0795">
          <w:pPr>
            <w:pStyle w:val="91965C4F531A48E7846C0C0A6CFB37C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59FB7B374D496E9312D785EEFA0C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96EF94-E425-4DF0-9B28-2C006F42E12E}"/>
      </w:docPartPr>
      <w:docPartBody>
        <w:p w:rsidR="00DC6F2F" w:rsidRDefault="001B0795" w:rsidP="001B0795">
          <w:pPr>
            <w:pStyle w:val="D759FB7B374D496E9312D785EEFA0C5A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E1"/>
    <w:rsid w:val="00041DFE"/>
    <w:rsid w:val="000934D5"/>
    <w:rsid w:val="001B0795"/>
    <w:rsid w:val="002630F8"/>
    <w:rsid w:val="003367B3"/>
    <w:rsid w:val="004161F5"/>
    <w:rsid w:val="005A051B"/>
    <w:rsid w:val="006239E1"/>
    <w:rsid w:val="00667F4B"/>
    <w:rsid w:val="00692C50"/>
    <w:rsid w:val="006D0099"/>
    <w:rsid w:val="00857D96"/>
    <w:rsid w:val="008B2AB1"/>
    <w:rsid w:val="00917BE7"/>
    <w:rsid w:val="00926343"/>
    <w:rsid w:val="009A5C93"/>
    <w:rsid w:val="00B302C0"/>
    <w:rsid w:val="00BD0B7C"/>
    <w:rsid w:val="00BD77F9"/>
    <w:rsid w:val="00DC6F2F"/>
    <w:rsid w:val="00E5708D"/>
    <w:rsid w:val="00F277ED"/>
    <w:rsid w:val="00F75C6A"/>
    <w:rsid w:val="00FB3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B0795"/>
    <w:rPr>
      <w:color w:val="666666"/>
    </w:rPr>
  </w:style>
  <w:style w:type="paragraph" w:customStyle="1" w:styleId="1734C0B0E50C4165979C1D1CD6EF5118">
    <w:name w:val="1734C0B0E50C4165979C1D1CD6EF5118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4D6CB2241074A76A75ACE4A72F3BACA">
    <w:name w:val="F4D6CB2241074A76A75ACE4A72F3BACA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C6BE9DD57B042A78E73AE6C65AB81E9">
    <w:name w:val="5C6BE9DD57B042A78E73AE6C65AB81E9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94FF17A7DD844238942618D220CAEE0">
    <w:name w:val="B94FF17A7DD844238942618D220CAEE0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5F14FB66A15431389EB3E003A7DADB1">
    <w:name w:val="D5F14FB66A15431389EB3E003A7DADB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67E5F504CE04A3283DBB5C362BF53DD">
    <w:name w:val="767E5F504CE04A3283DBB5C362BF53DD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784E538356841158C171F82ADDD532E">
    <w:name w:val="E784E538356841158C171F82ADDD532E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FA136DFCC9400EA3643631FD9D49AC">
    <w:name w:val="15FA136DFCC9400EA3643631FD9D49AC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650B01579224C17841E78E78C05793F">
    <w:name w:val="0650B01579224C17841E78E78C05793F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58EF154077D4EC492E0AA02749775EE">
    <w:name w:val="758EF154077D4EC492E0AA02749775EE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0444590C5F4414E83C6454885D5753D">
    <w:name w:val="60444590C5F4414E83C6454885D5753D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6DC268CB3744C7AF90E558EFABE7F6">
    <w:name w:val="096DC268CB3744C7AF90E558EFABE7F6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6EE3227410F4460A6706019F08584BA">
    <w:name w:val="16EE3227410F4460A6706019F08584BA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5C6ADD19D0A4F7F9AA8A8D4CCB1374F">
    <w:name w:val="35C6ADD19D0A4F7F9AA8A8D4CCB1374F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AD4EFDEB46F4DD3B07D7D864B6EAEB2">
    <w:name w:val="0AD4EFDEB46F4DD3B07D7D864B6EAEB2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69D259CE28476AA1EB44B74A93B0DE">
    <w:name w:val="C969D259CE28476AA1EB44B74A93B0DE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423504971984E3CA014D7D54995C960">
    <w:name w:val="0423504971984E3CA014D7D54995C960"/>
    <w:rsid w:val="004161F5"/>
  </w:style>
  <w:style w:type="paragraph" w:customStyle="1" w:styleId="4163D3241B974CB9999FF0EC5B4E2B21">
    <w:name w:val="4163D3241B974CB9999FF0EC5B4E2B2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9495584885745569DDCF4FEC1482D05">
    <w:name w:val="89495584885745569DDCF4FEC1482D05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6C6F6902A3B4D4CA7D745FDDA70B68A">
    <w:name w:val="66C6F6902A3B4D4CA7D745FDDA70B68A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CD965A9EE694FECADF2476D720E7B6E">
    <w:name w:val="4CD965A9EE694FECADF2476D720E7B6E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E232A6ADC042DB884957F020A929BA">
    <w:name w:val="09E232A6ADC042DB884957F020A929BA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DF7FD3C5E5C4C0992D419903A5ACDD9">
    <w:name w:val="3DF7FD3C5E5C4C0992D419903A5ACDD9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DFFF9D18954E1993F5C0789B03E179">
    <w:name w:val="CADFFF9D18954E1993F5C0789B03E179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F90F891404138BEF4C8B0986FE706">
    <w:name w:val="657F90F891404138BEF4C8B0986FE706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113B8A854441D682CE5AC80AFB0860">
    <w:name w:val="C9113B8A854441D682CE5AC80AFB0860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98CC7936C024C2988776FBA2CC670BD">
    <w:name w:val="A98CC7936C024C2988776FBA2CC670BD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E9B36F7201C45DF99CA9FA9C42900AE">
    <w:name w:val="2E9B36F7201C45DF99CA9FA9C42900AE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814CF1CD7A47D3BB560F37A96F9D58">
    <w:name w:val="09814CF1CD7A47D3BB560F37A96F9D58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93DEAF92564508A217818A964BBBC0">
    <w:name w:val="7793DEAF92564508A217818A964BBBC0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72FF4CA11794B8A841DB2220DF10EA6">
    <w:name w:val="872FF4CA11794B8A841DB2220DF10EA6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97BD512F134974B65EC5CE1A1FFA5C">
    <w:name w:val="4E97BD512F134974B65EC5CE1A1FFA5C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3C24FC1DD4E4C25906C3761C0E444F2">
    <w:name w:val="43C24FC1DD4E4C25906C3761C0E444F2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5B51F8A20C49259CB13015EB121389">
    <w:name w:val="6E5B51F8A20C49259CB13015EB121389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CA81B7FEB124004A04A95F11ADBD7A7">
    <w:name w:val="ACA81B7FEB124004A04A95F11ADBD7A7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3F5175B57004446843F4F317C13BE7C">
    <w:name w:val="E3F5175B57004446843F4F317C13BE7C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2E25C8BD59485F83A4E1A3EB66C1CA">
    <w:name w:val="6E2E25C8BD59485F83A4E1A3EB66C1CA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4CADD3637F3476CAEF2795719E307AF">
    <w:name w:val="74CADD3637F3476CAEF2795719E307AF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B27C8C8D90949D99B80C3BCC40C6DB1">
    <w:name w:val="AB27C8C8D90949D99B80C3BCC40C6DB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E6BAA36B4CE46CCBA1107A2CA86328D">
    <w:name w:val="BE6BAA36B4CE46CCBA1107A2CA86328D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8F3A9EE91754E259AFD2F141BD88EC3">
    <w:name w:val="98F3A9EE91754E259AFD2F141BD88EC3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562792367E244C2B52C13434E400DB2">
    <w:name w:val="A562792367E244C2B52C13434E400DB2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E217E49FF2B4BCCB4F3ACCCBA862056">
    <w:name w:val="7E217E49FF2B4BCCB4F3ACCCBA862056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6B6B6169038418C8F137F03A3BAC3E6">
    <w:name w:val="A6B6B6169038418C8F137F03A3BAC3E6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A84038C5BAB4BC98BCFD7720888F4EA">
    <w:name w:val="BA84038C5BAB4BC98BCFD7720888F4EA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A85F1BB5E59479D91B2E845B74103B1">
    <w:name w:val="2A85F1BB5E59479D91B2E845B74103B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4A0FEE22AB4D08A85FAFBB84445CB9">
    <w:name w:val="734A0FEE22AB4D08A85FAFBB84445CB9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AE69983638E496B87E186B118E83D05">
    <w:name w:val="3AE69983638E496B87E186B118E83D05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1B8BE8E635423EB269141E9E2912AC">
    <w:name w:val="4E1B8BE8E635423EB269141E9E2912AC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2C19E6AA2346A4966003129C441C2C">
    <w:name w:val="522C19E6AA2346A4966003129C441C2C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C6DBC8E8B3947CB8F9195F36B67D85A">
    <w:name w:val="DC6DBC8E8B3947CB8F9195F36B67D85A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9487EF4E50B45EF8F8DF0A58099CB09">
    <w:name w:val="49487EF4E50B45EF8F8DF0A58099CB09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4726E4634714F09A2BFEF3AAB52C75D1">
    <w:name w:val="84726E4634714F09A2BFEF3AAB52C75D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6E722D9AD044456BDFE81AEA67620601">
    <w:name w:val="E6E722D9AD044456BDFE81AEA6762060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7E9ED32EAF4C10B46ACEE313024E7F1">
    <w:name w:val="CA7E9ED32EAF4C10B46ACEE313024E7F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74325210F9A456E8C056415E48010A11">
    <w:name w:val="474325210F9A456E8C056415E48010A1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1F7BB8A3A804A37947E68A29B534A2F1">
    <w:name w:val="11F7BB8A3A804A37947E68A29B534A2F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06D32C5AC044B54B136CF46EE5B8E8E1">
    <w:name w:val="B06D32C5AC044B54B136CF46EE5B8E8E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08B345C00FD42068E8D8745F06D1CD41">
    <w:name w:val="008B345C00FD42068E8D8745F06D1CD4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C36DFBF04D14EA191C64EC9B3CCAFC71">
    <w:name w:val="FC36DFBF04D14EA191C64EC9B3CCAFC7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04898128ACD48EDB3B15E7B02F3B3C11">
    <w:name w:val="504898128ACD48EDB3B15E7B02F3B3C1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C88B888AE848628C3D081D7E3D33A21">
    <w:name w:val="73C88B888AE848628C3D081D7E3D33A2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99D09EE24914606948308642640068E1">
    <w:name w:val="799D09EE24914606948308642640068E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DF985669C6449AEA50B4DEFFAACA3AC1">
    <w:name w:val="8DF985669C6449AEA50B4DEFFAACA3AC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A73186C976B4290B74C37FAEA9DDFA01">
    <w:name w:val="FA73186C976B4290B74C37FAEA9DDFA0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52E909487574BBA8D9E8C686955A27D1">
    <w:name w:val="A52E909487574BBA8D9E8C686955A27D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63409B67EE04C5D9D829E9FD3B1C6B51">
    <w:name w:val="863409B67EE04C5D9D829E9FD3B1C6B5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9BA97163B364FC7ABD382C7B0DC16BD1">
    <w:name w:val="79BA97163B364FC7ABD382C7B0DC16BD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0C7DC65EE344331922E4E01D807D6161">
    <w:name w:val="70C7DC65EE344331922E4E01D807D616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37250311FCE470DBBE0A43C0E693E081">
    <w:name w:val="D37250311FCE470DBBE0A43C0E693E08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BB0C190AB34B3C83B418F237A4CD721">
    <w:name w:val="6EBB0C190AB34B3C83B418F237A4CD72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4E8DD1E3A95456AB4023BEEF331E9F51">
    <w:name w:val="54E8DD1E3A95456AB4023BEEF331E9F5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B17DD13E10144A1A1A27D57676D75871">
    <w:name w:val="5B17DD13E10144A1A1A27D57676D7587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6C5AA04D5744E5397F5B4C02E599FEC">
    <w:name w:val="C6C5AA04D5744E5397F5B4C02E599FEC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845195F10471BB191FDF6254F450F">
    <w:name w:val="657845195F10471BB191FDF6254F450F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261ABEBA6024587BD9BFFA89B86CBAD">
    <w:name w:val="4261ABEBA6024587BD9BFFA89B86CBAD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CE4C47E07C843CCA2D7255597D07705">
    <w:name w:val="ECE4C47E07C843CCA2D7255597D07705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444CF760006459A89EF2B7CE3AFF2D1">
    <w:name w:val="9444CF760006459A89EF2B7CE3AFF2D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451D5A1F2414B9AB219F05CFB3EC45E">
    <w:name w:val="A451D5A1F2414B9AB219F05CFB3EC45E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58E1C4CC73644419B96786849CD0414">
    <w:name w:val="E58E1C4CC73644419B96786849CD0414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90A19DFEA52488BB99915162C93968C">
    <w:name w:val="D90A19DFEA52488BB99915162C93968C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1563FD68FD43D5BA165673FF6D1378">
    <w:name w:val="521563FD68FD43D5BA165673FF6D1378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E408CFFC6BA4AA5A655C4CB9E8D33BD">
    <w:name w:val="AE408CFFC6BA4AA5A655C4CB9E8D33BD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C883E787A7487E8AC9A2460D0D6120">
    <w:name w:val="77C883E787A7487E8AC9A2460D0D6120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DFABB6305204921AB41714CDBEF1F2C">
    <w:name w:val="EDFABB6305204921AB41714CDBEF1F2C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9948876AF22424CB7ED2F5AF92F9C43">
    <w:name w:val="39948876AF22424CB7ED2F5AF92F9C43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EA29DA30454295831DD7CCFD08932C">
    <w:name w:val="4EEA29DA30454295831DD7CCFD08932C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D46852F4EB54366A88FA1AD3D7E25D21">
    <w:name w:val="3D46852F4EB54366A88FA1AD3D7E25D2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A39F2E94444470481D8ECC2630F50F61">
    <w:name w:val="0A39F2E94444470481D8ECC2630F50F6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2D44D2BB20A4CEC8C5B50657B0834B01">
    <w:name w:val="12D44D2BB20A4CEC8C5B50657B0834B0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DFCEFBE4D90455A8907A8B718905AB31">
    <w:name w:val="EDFCEFBE4D90455A8907A8B718905AB3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BCAE862AB254C36A328027BEFD75C801">
    <w:name w:val="2BCAE862AB254C36A328027BEFD75C80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1120C6C053E4C1FA2A1102DC62077291">
    <w:name w:val="B1120C6C053E4C1FA2A1102DC6207729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08D02402B2A4D5CB3C17F6EBAF462D51">
    <w:name w:val="E08D02402B2A4D5CB3C17F6EBAF462D5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87DF5C75CBD4D718AD1D5F0ED1C511C1">
    <w:name w:val="787DF5C75CBD4D718AD1D5F0ED1C511C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24CAC1B952D47F28053E399F31355DE1">
    <w:name w:val="324CAC1B952D47F28053E399F31355DE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8AC48042465492EA453428BC9DEBA961">
    <w:name w:val="78AC48042465492EA453428BC9DEBA96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3F5B1F03C244AAF8FA2C7ADEE28458E1">
    <w:name w:val="B3F5B1F03C244AAF8FA2C7ADEE28458E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8DA76CA71284FC0B6B8797F4F32DBB31">
    <w:name w:val="18DA76CA71284FC0B6B8797F4F32DBB3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2F48C8A222F44259719ACE92C8B262C1">
    <w:name w:val="72F48C8A222F44259719ACE92C8B262C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D3A88B63CCE44F2BFE6CC98E03FFC5E1">
    <w:name w:val="1D3A88B63CCE44F2BFE6CC98E03FFC5E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B552DC16F7840B3A15330A2571DF49F1">
    <w:name w:val="5B552DC16F7840B3A15330A2571DF49F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464A235278847C29E9E062DA8DEEBA01">
    <w:name w:val="8464A235278847C29E9E062DA8DEEBA0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C6E0F12D6304C5CA1EFBEAEA6D3192E1">
    <w:name w:val="FC6E0F12D6304C5CA1EFBEAEA6D3192E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4A805E283B2483F91E98CB3A0A138621">
    <w:name w:val="F4A805E283B2483F91E98CB3A0A13862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D1E015BD7034EDDBF76193EE8AD74701">
    <w:name w:val="BD1E015BD7034EDDBF76193EE8AD7470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9F6F625AA3A4A619343DE1D09F90D201">
    <w:name w:val="A9F6F625AA3A4A619343DE1D09F90D20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83AE95A03DD4F2EBDF59C9A3F9071D11">
    <w:name w:val="783AE95A03DD4F2EBDF59C9A3F9071D1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4E4ABAE5DA465E97A6237A7809538C">
    <w:name w:val="CA4E4ABAE5DA465E97A6237A7809538C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6AE4FD73954CA688AAE317B321396B">
    <w:name w:val="156AE4FD73954CA688AAE317B321396B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5A277E4DAE4119840AF2E2D970FC5F">
    <w:name w:val="6D5A277E4DAE4119840AF2E2D970FC5F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86FFECF142C4598987272C037E4807A">
    <w:name w:val="586FFECF142C4598987272C037E4807A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FB6E5FECABF45829BB384A56029A28D">
    <w:name w:val="0FB6E5FECABF45829BB384A56029A28D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636CEBDA55446F2B898CE82D65A7F19">
    <w:name w:val="2636CEBDA55446F2B898CE82D65A7F19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1AD7A19AFD34107A93F340107E987C9">
    <w:name w:val="B1AD7A19AFD34107A93F340107E987C9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86A75EF89754CCCA94133C3ED148370">
    <w:name w:val="886A75EF89754CCCA94133C3ED148370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ED57F54BA834AB1B5607992871117D0">
    <w:name w:val="5ED57F54BA834AB1B5607992871117D0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FABCABA0B9461DA7D3E68645D5FAB7">
    <w:name w:val="6DFABCABA0B9461DA7D3E68645D5FAB7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A5B28ECC1F1458CA792FD81F32CB50B1">
    <w:name w:val="FA5B28ECC1F1458CA792FD81F32CB50B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950594EF100444DB77C72C77CD6D8301">
    <w:name w:val="9950594EF100444DB77C72C77CD6D830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A8055CE90DB4EAFB742D370A9DC34831">
    <w:name w:val="3A8055CE90DB4EAFB742D370A9DC3483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51158EBF80E4E71BBC4F1C30DFF30811">
    <w:name w:val="C51158EBF80E4E71BBC4F1C30DFF3081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C6F52E791E94ACABC3FF9E7D47DC8E31">
    <w:name w:val="4C6F52E791E94ACABC3FF9E7D47DC8E3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E724E38AE214B23BBA09C0C9E84047D1">
    <w:name w:val="8E724E38AE214B23BBA09C0C9E84047D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EA004EDBD3F40759C88381F22CC7B401">
    <w:name w:val="7EA004EDBD3F40759C88381F22CC7B40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BC1623B7F9F4E1D9C984CCFB0DBCE6D1">
    <w:name w:val="8BC1623B7F9F4E1D9C984CCFB0DBCE6D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93CF88BC8554885993A85A003834FC11">
    <w:name w:val="E93CF88BC8554885993A85A003834FC1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7C043BF26B842B492F61942CD10B5D21">
    <w:name w:val="37C043BF26B842B492F61942CD10B5D2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041F98D97294F33B27DB409BE8E34F1">
    <w:name w:val="7041F98D97294F33B27DB409BE8E34F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AB6D1D873F4738BF61AE697637871D">
    <w:name w:val="73AB6D1D873F4738BF61AE697637871D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0891A0A4C04E9D9F8A8F3644975CB1">
    <w:name w:val="520891A0A4C04E9D9F8A8F3644975CB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582574595EA444189787F4DFB8EE37F">
    <w:name w:val="C582574595EA444189787F4DFB8EE37F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5670920D67C4481B676B57D42BEF39B">
    <w:name w:val="55670920D67C4481B676B57D42BEF39B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F98BD6A7E484DF08110B1C4E624D3D0">
    <w:name w:val="9F98BD6A7E484DF08110B1C4E624D3D0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33C5AFA5E7E4902A9BB228B214E5792">
    <w:name w:val="233C5AFA5E7E4902A9BB228B214E5792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B8839E78C2545FD826212E931A37F3B">
    <w:name w:val="1B8839E78C2545FD826212E931A37F3B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9B61E07360347BCBC59BA9F385F7236">
    <w:name w:val="69B61E07360347BCBC59BA9F385F7236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EADD47DEE724B839CD6026B1BF75AA9">
    <w:name w:val="EEADD47DEE724B839CD6026B1BF75AA9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F9FEC2FF31F4B22A42B22FFA28E5A3F1">
    <w:name w:val="3F9FEC2FF31F4B22A42B22FFA28E5A3F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76699860210439B9E102A4DBA7B4A761">
    <w:name w:val="876699860210439B9E102A4DBA7B4A76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17F7037485E4A4F976C3B4D94A97EBF1">
    <w:name w:val="517F7037485E4A4F976C3B4D94A97EBF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E8545392AB845AC9C38B617CA7995371">
    <w:name w:val="9E8545392AB845AC9C38B617CA799537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BA0282E4194093932505BC88B584F21">
    <w:name w:val="52BA0282E4194093932505BC88B584F2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33DB954DE8C453C928DF548B77772D61">
    <w:name w:val="F33DB954DE8C453C928DF548B77772D6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064D5F9DECB4866B824F65FD2356E3D1">
    <w:name w:val="E064D5F9DECB4866B824F65FD2356E3D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C70B058B094461B2DBFB28343905841">
    <w:name w:val="6EC70B058B094461B2DBFB2834390584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1965C4F531A48E7846C0C0A6CFB37CC1">
    <w:name w:val="91965C4F531A48E7846C0C0A6CFB37CC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759FB7B374D496E9312D785EEFA0C5A1">
    <w:name w:val="D759FB7B374D496E9312D785EEFA0C5A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7D02D12569949259F4B303AE9EE91BE1">
    <w:name w:val="E7D02D12569949259F4B303AE9EE91BE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A78230F4974F91A466D1A3E44D5E2D1">
    <w:name w:val="CAA78230F4974F91A466D1A3E44D5E2D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0CFA2EC4C7B4356B9A2A03A62C389681">
    <w:name w:val="F0CFA2EC4C7B4356B9A2A03A62C38968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380793E9EE044989EB44762814E78B61">
    <w:name w:val="9380793E9EE044989EB44762814E78B6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E951C26B4874E2787CBE628EA2C20941">
    <w:name w:val="0E951C26B4874E2787CBE628EA2C2094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7E5AC0373094234B85BEF415F1A89981">
    <w:name w:val="07E5AC0373094234B85BEF415F1A8998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ED87B2022A34B2198DC2B217B191AF11">
    <w:name w:val="3ED87B2022A34B2198DC2B217B191AF1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67380ACF96F4D0C8C1A7DCE5CFD83A81">
    <w:name w:val="767380ACF96F4D0C8C1A7DCE5CFD83A8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52E9F0F3C3549C29B060FC2F2A6D578">
    <w:name w:val="A52E9F0F3C3549C29B060FC2F2A6D578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36CB3F2E58949E09F2EAE0D704C7EE0">
    <w:name w:val="136CB3F2E58949E09F2EAE0D704C7EE0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5383CA1-4EBA-4675-946A-4E3876E1728D}">
  <we:reference id="a3b40b4f-8edf-490e-9df1-7e66f93912bf" version="1.2.0.0" store="EXCatalog" storeType="EXCatalog"/>
  <we:alternateReferences>
    <we:reference id="WA104380526" version="1.2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raining Document" ma:contentTypeID="0x010100E71D276AF3F30A40B0518270157AC0D12600A5CCBD870995834399D357334277DA3A" ma:contentTypeVersion="24" ma:contentTypeDescription="" ma:contentTypeScope="" ma:versionID="51cadf1560be46046a2c601411ceb66b">
  <xsd:schema xmlns:xsd="http://www.w3.org/2001/XMLSchema" xmlns:xs="http://www.w3.org/2001/XMLSchema" xmlns:p="http://schemas.microsoft.com/office/2006/metadata/properties" xmlns:ns1="http://schemas.microsoft.com/sharepoint/v3" xmlns:ns2="503bbec5-b5d2-4817-b31a-e56cf9689349" xmlns:ns3="15185260-356a-4f99-88cc-936cb4cb807e" targetNamespace="http://schemas.microsoft.com/office/2006/metadata/properties" ma:root="true" ma:fieldsID="e98f9ee26940bd46210317464be3b008" ns1:_="" ns2:_="" ns3:_="">
    <xsd:import namespace="http://schemas.microsoft.com/sharepoint/v3"/>
    <xsd:import namespace="503bbec5-b5d2-4817-b31a-e56cf9689349"/>
    <xsd:import namespace="15185260-356a-4f99-88cc-936cb4cb807e"/>
    <xsd:element name="properties">
      <xsd:complexType>
        <xsd:sequence>
          <xsd:element name="documentManagement">
            <xsd:complexType>
              <xsd:all>
                <xsd:element ref="ns2:g91b68ba74af4c7b983d18b6ea194a39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bbec5-b5d2-4817-b31a-e56cf9689349" elementFormDefault="qualified">
    <xsd:import namespace="http://schemas.microsoft.com/office/2006/documentManagement/types"/>
    <xsd:import namespace="http://schemas.microsoft.com/office/infopath/2007/PartnerControls"/>
    <xsd:element name="g91b68ba74af4c7b983d18b6ea194a39" ma:index="8" nillable="true" ma:taxonomy="true" ma:internalName="g91b68ba74af4c7b983d18b6ea194a39" ma:taxonomyFieldName="RCPITags" ma:displayName="RCPITags" ma:default="" ma:fieldId="{091b68ba-74af-4c7b-983d-18b6ea194a39}" ma:sspId="4072833a-2362-46d2-ac3f-3941ef26165a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6ce1868-fc46-45bc-9346-2acb2ee913c9}" ma:internalName="TaxCatchAll" ma:showField="CatchAllData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6ce1868-fc46-45bc-9346-2acb2ee913c9}" ma:internalName="TaxCatchAllLabel" ma:readOnly="true" ma:showField="CatchAllDataLabel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85260-356a-4f99-88cc-936cb4cb8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072833a-2362-46d2-ac3f-3941ef2616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15185260-356a-4f99-88cc-936cb4cb807e" xsi:nil="true"/>
    <g91b68ba74af4c7b983d18b6ea194a39 xmlns="503bbec5-b5d2-4817-b31a-e56cf96893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Training</TermName>
          <TermId xmlns="http://schemas.microsoft.com/office/infopath/2007/PartnerControls">d40a543f-cf93-4dd2-8e77-c73395edc57f</TermId>
        </TermInfo>
      </Terms>
    </g91b68ba74af4c7b983d18b6ea194a39>
    <TaxCatchAll xmlns="503bbec5-b5d2-4817-b31a-e56cf9689349">
      <Value>31</Value>
    </TaxCatchAll>
    <_ip_UnifiedCompliancePolicyProperties xmlns="http://schemas.microsoft.com/sharepoint/v3" xsi:nil="true"/>
    <Status xmlns="15185260-356a-4f99-88cc-936cb4cb807e" xsi:nil="true"/>
    <lcf76f155ced4ddcb4097134ff3c332f xmlns="15185260-356a-4f99-88cc-936cb4cb807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9629276-5B18-41CF-8C69-4C941185745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6B19CF-EFB8-4F89-85DA-6B718D02C5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74F253-7390-4C6A-B76C-84D1978CAD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03bbec5-b5d2-4817-b31a-e56cf9689349"/>
    <ds:schemaRef ds:uri="15185260-356a-4f99-88cc-936cb4cb80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254CA12-5166-4609-8A53-2BCCA5AC119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5185260-356a-4f99-88cc-936cb4cb807e"/>
    <ds:schemaRef ds:uri="503bbec5-b5d2-4817-b31a-e56cf968934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1704</Words>
  <Characters>9718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11400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Shivana Chandra</cp:lastModifiedBy>
  <cp:revision>5</cp:revision>
  <dcterms:created xsi:type="dcterms:W3CDTF">2026-08-20T14:45:00Z</dcterms:created>
  <dcterms:modified xsi:type="dcterms:W3CDTF">2026-10-07T10:45:00Z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bdc5c2-1ff9-4d01-9834-f86cda611682_Enabled">
    <vt:lpwstr>true</vt:lpwstr>
  </property>
  <property fmtid="{D5CDD505-2E9C-101B-9397-08002B2CF9AE}" pid="3" name="MSIP_Label_2ebdc5c2-1ff9-4d01-9834-f86cda611682_SetDate">
    <vt:lpwstr>2026-06-18T07:56:58Z</vt:lpwstr>
  </property>
  <property fmtid="{D5CDD505-2E9C-101B-9397-08002B2CF9AE}" pid="4" name="MSIP_Label_2ebdc5c2-1ff9-4d01-9834-f86cda611682_Method">
    <vt:lpwstr>Standard</vt:lpwstr>
  </property>
  <property fmtid="{D5CDD505-2E9C-101B-9397-08002B2CF9AE}" pid="5" name="MSIP_Label_2ebdc5c2-1ff9-4d01-9834-f86cda611682_Name">
    <vt:lpwstr>defa4170-0d19-0005-0004-bc88714345d2</vt:lpwstr>
  </property>
  <property fmtid="{D5CDD505-2E9C-101B-9397-08002B2CF9AE}" pid="6" name="MSIP_Label_2ebdc5c2-1ff9-4d01-9834-f86cda611682_SiteId">
    <vt:lpwstr>4bdbc99f-14d5-40ac-8220-5a85d6b6fe7d</vt:lpwstr>
  </property>
  <property fmtid="{D5CDD505-2E9C-101B-9397-08002B2CF9AE}" pid="7" name="MSIP_Label_2ebdc5c2-1ff9-4d01-9834-f86cda611682_ActionId">
    <vt:lpwstr>d6e18b85-d433-40c6-abd2-67d3e09077c0</vt:lpwstr>
  </property>
  <property fmtid="{D5CDD505-2E9C-101B-9397-08002B2CF9AE}" pid="8" name="MSIP_Label_2ebdc5c2-1ff9-4d01-9834-f86cda611682_ContentBits">
    <vt:lpwstr>0</vt:lpwstr>
  </property>
  <property fmtid="{D5CDD505-2E9C-101B-9397-08002B2CF9AE}" pid="9" name="MSIP_Label_2ebdc5c2-1ff9-4d01-9834-f86cda611682_Tag">
    <vt:lpwstr>10, 3, 0, 1</vt:lpwstr>
  </property>
  <property fmtid="{D5CDD505-2E9C-101B-9397-08002B2CF9AE}" pid="10" name="ContentTypeId">
    <vt:lpwstr>0x010100E71D276AF3F30A40B0518270157AC0D12600A5CCBD870995834399D357334277DA3A</vt:lpwstr>
  </property>
  <property fmtid="{D5CDD505-2E9C-101B-9397-08002B2CF9AE}" pid="11" name="MediaServiceImageTags">
    <vt:lpwstr/>
  </property>
  <property fmtid="{D5CDD505-2E9C-101B-9397-08002B2CF9AE}" pid="12" name="RCPITags">
    <vt:lpwstr>31;#Training|d40a543f-cf93-4dd2-8e77-c73395edc57f</vt:lpwstr>
  </property>
</Properties>
</file>